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AFEB5" w14:textId="77777777" w:rsidR="00B92686" w:rsidRDefault="00B53192">
      <w:pPr>
        <w:jc w:val="center"/>
      </w:pPr>
      <w:r>
        <w:rPr>
          <w:b/>
          <w:sz w:val="32"/>
        </w:rPr>
        <w:t>ՏԵԽՆԻԿԱԿԱՆ ԱՌԱՋԱԴՐԱՆՔ</w:t>
      </w:r>
    </w:p>
    <w:p w14:paraId="110A2705" w14:textId="77777777" w:rsidR="00B92686" w:rsidRDefault="00B53192">
      <w:pPr>
        <w:jc w:val="center"/>
      </w:pPr>
      <w:r>
        <w:rPr>
          <w:b/>
          <w:sz w:val="26"/>
        </w:rPr>
        <w:t>ԼՎԱՑՔԻ ՄԵՔԵՆԱՆԵՐԻ ԵՎ ՉՈՐԱՆՈՑՆԵՐԻ ՁԵՌՔԲԵՐՄԱՆ ՀԱՄԱՐ</w:t>
      </w:r>
    </w:p>
    <w:p w14:paraId="4D87A64F" w14:textId="77777777" w:rsidR="00B92686" w:rsidRDefault="00B53192">
      <w:r>
        <w:rPr>
          <w:b/>
        </w:rPr>
        <w:t xml:space="preserve">Նպատակ և կիրառման ձև. </w:t>
      </w:r>
      <w:r>
        <w:t>Սույն փաստաթուղթը նախատեսված է գնային առաջարկ ներկայացնող մասնակիցների կողմից առաջարկվող կոնկրետ մոդելների տեխնիկական համապատասխանությունը ներկայացնելու համար։ Մասնակիցը պարտավոր է յուրաքանչյուր կետի դիմաց լրացնել առաջարկվող ապրանքի իրական տեխնիկական տվյալը, նշել «Այո/Ոչ» համապատասխանությունը և, հնարավորության դեպքում, նշել արտադրողի պաշտոնական աղբյուրը։</w:t>
      </w:r>
    </w:p>
    <w:p w14:paraId="68040714" w14:textId="77777777" w:rsidR="00B92686" w:rsidRDefault="00B53192">
      <w:pPr>
        <w:pStyle w:val="ListBullet"/>
      </w:pPr>
      <w:r>
        <w:t>Յուրաքանչյուր առաջարկ պետք է վերաբերի կոնկրետ արտադրողի, ապրանքանիշի և կոնկրետ մոդելի։</w:t>
      </w:r>
    </w:p>
    <w:p w14:paraId="7D90770F" w14:textId="77777777" w:rsidR="00B92686" w:rsidRDefault="00B53192">
      <w:pPr>
        <w:pStyle w:val="ListBullet"/>
      </w:pPr>
      <w:r>
        <w:t>«Նմանատիպ», «համարժեք», «կամ ավելի լավ» ձևակերպումները առանց կոնկրետ մոդելի և դրա տեխնիկական տվյալների չեն ընդունվում։</w:t>
      </w:r>
    </w:p>
    <w:p w14:paraId="2A3470C3" w14:textId="77777777" w:rsidR="00B92686" w:rsidRDefault="00B53192">
      <w:pPr>
        <w:pStyle w:val="ListBullet"/>
      </w:pPr>
      <w:r>
        <w:t>Մասնակիցը պետք է ներկայացնի արտադրողի պաշտոնական տեխնիկական թերթիկը/կատալոգը կամ արտադրողի պաշտոնական կայքի հղումը։</w:t>
      </w:r>
    </w:p>
    <w:p w14:paraId="38D6BB7D" w14:textId="77777777" w:rsidR="00B92686" w:rsidRDefault="00B53192">
      <w:pPr>
        <w:pStyle w:val="ListBullet"/>
      </w:pPr>
      <w:r>
        <w:t>Չլրացված դաշտերը պետք է լրացվեն «Չկա» կամ «Ոչ» նշումով։ Դաշտը դատարկ թողնել չի թույլատրվում։</w:t>
      </w:r>
    </w:p>
    <w:p w14:paraId="20E36B4D" w14:textId="77777777" w:rsidR="00B92686" w:rsidRDefault="00B53192">
      <w:pPr>
        <w:pStyle w:val="ListBullet"/>
      </w:pPr>
      <w:r>
        <w:t>Պարտադիր պահանջներին չհամապատասխանող մոդելը համարվում է տեխնիկապես չհամապատասխանող՝ անկախ առաջարկվող գնից։</w:t>
      </w:r>
    </w:p>
    <w:p w14:paraId="4F9827FD" w14:textId="254FC338" w:rsidR="00B92686" w:rsidRDefault="00B53192">
      <w:pPr>
        <w:pStyle w:val="ListBullet"/>
      </w:pPr>
      <w:r>
        <w:t xml:space="preserve">Ապրանքը պետք է լինի նոր, չօգտագործված, չվերականգնված և </w:t>
      </w:r>
      <w:r w:rsidR="00871AFD">
        <w:t>ցուցադրման նպատակով չօգտագործված</w:t>
      </w:r>
      <w:r>
        <w:t>։</w:t>
      </w:r>
    </w:p>
    <w:p w14:paraId="1B42E589" w14:textId="77777777" w:rsidR="00B92686" w:rsidRDefault="00B53192">
      <w:r>
        <w:rPr>
          <w:b/>
          <w:sz w:val="26"/>
        </w:rPr>
        <w:t>1. Մասնակցի և առաջարկվող մոդելի նույնականացման տվյալներ</w:t>
      </w:r>
    </w:p>
    <w:tbl>
      <w:tblPr>
        <w:tblStyle w:val="TableGrid"/>
        <w:tblW w:w="10810" w:type="dxa"/>
        <w:jc w:val="center"/>
        <w:tblLook w:val="04A0" w:firstRow="1" w:lastRow="0" w:firstColumn="1" w:lastColumn="0" w:noHBand="0" w:noVBand="1"/>
      </w:tblPr>
      <w:tblGrid>
        <w:gridCol w:w="5405"/>
        <w:gridCol w:w="5405"/>
      </w:tblGrid>
      <w:tr w:rsidR="00B92686" w14:paraId="5B975C8F" w14:textId="77777777" w:rsidTr="00C4517C">
        <w:trPr>
          <w:trHeight w:val="333"/>
          <w:tblHeader/>
          <w:jc w:val="center"/>
        </w:trPr>
        <w:tc>
          <w:tcPr>
            <w:tcW w:w="5405" w:type="dxa"/>
            <w:shd w:val="clear" w:color="auto" w:fill="D9EAF7"/>
          </w:tcPr>
          <w:p w14:paraId="706C7D54" w14:textId="77777777" w:rsidR="00B92686" w:rsidRDefault="00B53192">
            <w:r>
              <w:t>Տվյալ</w:t>
            </w:r>
          </w:p>
        </w:tc>
        <w:tc>
          <w:tcPr>
            <w:tcW w:w="5405" w:type="dxa"/>
            <w:shd w:val="clear" w:color="auto" w:fill="D9EAF7"/>
          </w:tcPr>
          <w:p w14:paraId="0D10E113" w14:textId="77777777" w:rsidR="00B92686" w:rsidRDefault="00B53192">
            <w:r>
              <w:t>Մասնակցի կողմից լրացվում է</w:t>
            </w:r>
          </w:p>
        </w:tc>
      </w:tr>
      <w:tr w:rsidR="00B92686" w14:paraId="24B8A668" w14:textId="77777777" w:rsidTr="00C4517C">
        <w:trPr>
          <w:trHeight w:val="333"/>
          <w:jc w:val="center"/>
        </w:trPr>
        <w:tc>
          <w:tcPr>
            <w:tcW w:w="5405" w:type="dxa"/>
          </w:tcPr>
          <w:p w14:paraId="58C6BECD" w14:textId="77777777" w:rsidR="00B92686" w:rsidRDefault="00B53192">
            <w:r>
              <w:t>Մասնակցի/ընկերության անվանում</w:t>
            </w:r>
          </w:p>
        </w:tc>
        <w:tc>
          <w:tcPr>
            <w:tcW w:w="5405" w:type="dxa"/>
          </w:tcPr>
          <w:p w14:paraId="5B92AB0B" w14:textId="0FF55502" w:rsidR="00B92686" w:rsidRDefault="00B92686"/>
        </w:tc>
      </w:tr>
      <w:tr w:rsidR="00B92686" w14:paraId="095D2A43" w14:textId="77777777" w:rsidTr="00C4517C">
        <w:trPr>
          <w:trHeight w:val="333"/>
          <w:jc w:val="center"/>
        </w:trPr>
        <w:tc>
          <w:tcPr>
            <w:tcW w:w="5405" w:type="dxa"/>
          </w:tcPr>
          <w:p w14:paraId="5AD49C5A" w14:textId="77777777" w:rsidR="00B92686" w:rsidRDefault="00B53192">
            <w:r>
              <w:t>Հասցե</w:t>
            </w:r>
          </w:p>
        </w:tc>
        <w:tc>
          <w:tcPr>
            <w:tcW w:w="5405" w:type="dxa"/>
          </w:tcPr>
          <w:p w14:paraId="297F07DB" w14:textId="51CAF2CF" w:rsidR="00B92686" w:rsidRDefault="00B92686"/>
        </w:tc>
      </w:tr>
      <w:tr w:rsidR="00B92686" w14:paraId="5F463ABE" w14:textId="77777777" w:rsidTr="00C4517C">
        <w:trPr>
          <w:trHeight w:val="352"/>
          <w:jc w:val="center"/>
        </w:trPr>
        <w:tc>
          <w:tcPr>
            <w:tcW w:w="5405" w:type="dxa"/>
          </w:tcPr>
          <w:p w14:paraId="562B0DAD" w14:textId="77777777" w:rsidR="00B92686" w:rsidRDefault="00B53192">
            <w:r>
              <w:t>Կոնտակտային անձ</w:t>
            </w:r>
          </w:p>
        </w:tc>
        <w:tc>
          <w:tcPr>
            <w:tcW w:w="5405" w:type="dxa"/>
          </w:tcPr>
          <w:p w14:paraId="4CB88EAC" w14:textId="71D1DB2B" w:rsidR="00B92686" w:rsidRDefault="00B92686"/>
        </w:tc>
      </w:tr>
      <w:tr w:rsidR="00B92686" w14:paraId="79FC9F2E" w14:textId="77777777" w:rsidTr="00C4517C">
        <w:trPr>
          <w:trHeight w:val="333"/>
          <w:jc w:val="center"/>
        </w:trPr>
        <w:tc>
          <w:tcPr>
            <w:tcW w:w="5405" w:type="dxa"/>
          </w:tcPr>
          <w:p w14:paraId="24487832" w14:textId="77777777" w:rsidR="00B92686" w:rsidRDefault="00B53192">
            <w:r>
              <w:t>Հեռախոս / էլ. փոստ</w:t>
            </w:r>
          </w:p>
        </w:tc>
        <w:tc>
          <w:tcPr>
            <w:tcW w:w="5405" w:type="dxa"/>
          </w:tcPr>
          <w:p w14:paraId="0B37E298" w14:textId="1AD1F703" w:rsidR="00B92686" w:rsidRDefault="00B92686"/>
        </w:tc>
      </w:tr>
      <w:tr w:rsidR="00B92686" w14:paraId="40BECF48" w14:textId="77777777" w:rsidTr="00C4517C">
        <w:trPr>
          <w:trHeight w:val="333"/>
          <w:jc w:val="center"/>
        </w:trPr>
        <w:tc>
          <w:tcPr>
            <w:tcW w:w="5405" w:type="dxa"/>
          </w:tcPr>
          <w:p w14:paraId="6B73B03A" w14:textId="77777777" w:rsidR="00B92686" w:rsidRDefault="00B53192">
            <w:r>
              <w:t>Արտադրող</w:t>
            </w:r>
          </w:p>
        </w:tc>
        <w:tc>
          <w:tcPr>
            <w:tcW w:w="5405" w:type="dxa"/>
          </w:tcPr>
          <w:p w14:paraId="503C9F79" w14:textId="03FDE145" w:rsidR="00B92686" w:rsidRDefault="00B92686"/>
        </w:tc>
      </w:tr>
      <w:tr w:rsidR="00B92686" w14:paraId="46AF4245" w14:textId="77777777" w:rsidTr="00C4517C">
        <w:trPr>
          <w:trHeight w:val="333"/>
          <w:jc w:val="center"/>
        </w:trPr>
        <w:tc>
          <w:tcPr>
            <w:tcW w:w="5405" w:type="dxa"/>
          </w:tcPr>
          <w:p w14:paraId="7322CD54" w14:textId="77777777" w:rsidR="00B92686" w:rsidRDefault="00B53192">
            <w:r>
              <w:t>Ապրանքանիշ (Brand)</w:t>
            </w:r>
          </w:p>
        </w:tc>
        <w:tc>
          <w:tcPr>
            <w:tcW w:w="5405" w:type="dxa"/>
          </w:tcPr>
          <w:p w14:paraId="192BF6FF" w14:textId="3DB7C9DE" w:rsidR="00B92686" w:rsidRDefault="00B92686"/>
        </w:tc>
      </w:tr>
      <w:tr w:rsidR="00B92686" w14:paraId="7296DC59" w14:textId="77777777" w:rsidTr="00C4517C">
        <w:trPr>
          <w:trHeight w:val="333"/>
          <w:jc w:val="center"/>
        </w:trPr>
        <w:tc>
          <w:tcPr>
            <w:tcW w:w="5405" w:type="dxa"/>
          </w:tcPr>
          <w:p w14:paraId="4C8E1C4B" w14:textId="77777777" w:rsidR="00B92686" w:rsidRDefault="00B53192">
            <w:r>
              <w:t>Կոնկրետ մոդել</w:t>
            </w:r>
          </w:p>
        </w:tc>
        <w:tc>
          <w:tcPr>
            <w:tcW w:w="5405" w:type="dxa"/>
          </w:tcPr>
          <w:p w14:paraId="02E0512D" w14:textId="4EC80D29" w:rsidR="00B92686" w:rsidRDefault="00B92686"/>
        </w:tc>
      </w:tr>
      <w:tr w:rsidR="00B92686" w14:paraId="13B98F54" w14:textId="77777777" w:rsidTr="00C4517C">
        <w:trPr>
          <w:trHeight w:val="333"/>
          <w:jc w:val="center"/>
        </w:trPr>
        <w:tc>
          <w:tcPr>
            <w:tcW w:w="5405" w:type="dxa"/>
          </w:tcPr>
          <w:p w14:paraId="20903A99" w14:textId="77777777" w:rsidR="00B92686" w:rsidRDefault="00B53192">
            <w:r>
              <w:t>Մոդելի կոդ / Model No.</w:t>
            </w:r>
          </w:p>
        </w:tc>
        <w:tc>
          <w:tcPr>
            <w:tcW w:w="5405" w:type="dxa"/>
          </w:tcPr>
          <w:p w14:paraId="5824B827" w14:textId="6BADAA9E" w:rsidR="00B92686" w:rsidRDefault="00B92686"/>
        </w:tc>
      </w:tr>
      <w:tr w:rsidR="00B92686" w14:paraId="6E6EBC08" w14:textId="77777777" w:rsidTr="00C4517C">
        <w:trPr>
          <w:trHeight w:val="352"/>
          <w:jc w:val="center"/>
        </w:trPr>
        <w:tc>
          <w:tcPr>
            <w:tcW w:w="5405" w:type="dxa"/>
          </w:tcPr>
          <w:p w14:paraId="50BC5737" w14:textId="77777777" w:rsidR="00B92686" w:rsidRDefault="00B53192">
            <w:r>
              <w:t>Արտադրության երկիր</w:t>
            </w:r>
          </w:p>
        </w:tc>
        <w:tc>
          <w:tcPr>
            <w:tcW w:w="5405" w:type="dxa"/>
          </w:tcPr>
          <w:p w14:paraId="646AC0AE" w14:textId="00776F9B" w:rsidR="00B92686" w:rsidRDefault="00B92686"/>
        </w:tc>
      </w:tr>
      <w:tr w:rsidR="00B92686" w14:paraId="46E42D26" w14:textId="77777777" w:rsidTr="00C4517C">
        <w:trPr>
          <w:trHeight w:val="333"/>
          <w:jc w:val="center"/>
        </w:trPr>
        <w:tc>
          <w:tcPr>
            <w:tcW w:w="5405" w:type="dxa"/>
          </w:tcPr>
          <w:p w14:paraId="29308388" w14:textId="77777777" w:rsidR="00B92686" w:rsidRDefault="00B53192">
            <w:r>
              <w:t>Արտադրության ամսաթիվ / տարի</w:t>
            </w:r>
          </w:p>
        </w:tc>
        <w:tc>
          <w:tcPr>
            <w:tcW w:w="5405" w:type="dxa"/>
          </w:tcPr>
          <w:p w14:paraId="4532BF5D" w14:textId="010138B2" w:rsidR="00B92686" w:rsidRDefault="00B92686"/>
        </w:tc>
      </w:tr>
      <w:tr w:rsidR="00B92686" w14:paraId="5A754C25" w14:textId="77777777" w:rsidTr="00C4517C">
        <w:trPr>
          <w:trHeight w:val="333"/>
          <w:jc w:val="center"/>
        </w:trPr>
        <w:tc>
          <w:tcPr>
            <w:tcW w:w="5405" w:type="dxa"/>
          </w:tcPr>
          <w:p w14:paraId="3AA4E6E4" w14:textId="77777777" w:rsidR="00B92686" w:rsidRDefault="00B53192">
            <w:r>
              <w:t>Երաշխիքային ժամկետ</w:t>
            </w:r>
          </w:p>
        </w:tc>
        <w:tc>
          <w:tcPr>
            <w:tcW w:w="5405" w:type="dxa"/>
          </w:tcPr>
          <w:p w14:paraId="633A9BBB" w14:textId="26E8BEA9" w:rsidR="00B92686" w:rsidRDefault="00B92686"/>
        </w:tc>
      </w:tr>
      <w:tr w:rsidR="00B92686" w14:paraId="090EA4F5" w14:textId="77777777" w:rsidTr="00C4517C">
        <w:trPr>
          <w:trHeight w:val="686"/>
          <w:jc w:val="center"/>
        </w:trPr>
        <w:tc>
          <w:tcPr>
            <w:tcW w:w="5405" w:type="dxa"/>
          </w:tcPr>
          <w:p w14:paraId="60F700E7" w14:textId="77777777" w:rsidR="00B92686" w:rsidRDefault="00B53192">
            <w:r>
              <w:t>ՀՀ-ում երաշխիքային սպասարկման կազմակերպություն և կոնտակտային տվյալներ</w:t>
            </w:r>
          </w:p>
        </w:tc>
        <w:tc>
          <w:tcPr>
            <w:tcW w:w="5405" w:type="dxa"/>
          </w:tcPr>
          <w:p w14:paraId="7EEA9979" w14:textId="49E72EFF" w:rsidR="00B92686" w:rsidRDefault="00B92686"/>
        </w:tc>
      </w:tr>
      <w:tr w:rsidR="00B92686" w14:paraId="43E9B621" w14:textId="77777777" w:rsidTr="00C4517C">
        <w:trPr>
          <w:trHeight w:val="315"/>
          <w:jc w:val="center"/>
        </w:trPr>
        <w:tc>
          <w:tcPr>
            <w:tcW w:w="5405" w:type="dxa"/>
          </w:tcPr>
          <w:p w14:paraId="11DAF0FF" w14:textId="77777777" w:rsidR="00B92686" w:rsidRDefault="00B53192">
            <w:r>
              <w:t>Արտադրողի պաշտոնական կայքի հղում</w:t>
            </w:r>
          </w:p>
        </w:tc>
        <w:tc>
          <w:tcPr>
            <w:tcW w:w="5405" w:type="dxa"/>
          </w:tcPr>
          <w:p w14:paraId="175C1DA3" w14:textId="4502D6C6" w:rsidR="00B92686" w:rsidRDefault="00B92686"/>
        </w:tc>
      </w:tr>
    </w:tbl>
    <w:p w14:paraId="56FB0564" w14:textId="77777777" w:rsidR="00871AFD" w:rsidRDefault="00871AFD">
      <w:pPr>
        <w:rPr>
          <w:b/>
          <w:sz w:val="26"/>
        </w:rPr>
      </w:pPr>
    </w:p>
    <w:p w14:paraId="77FCE780" w14:textId="2DDB73ED" w:rsidR="00B92686" w:rsidRDefault="00B53192">
      <w:r>
        <w:rPr>
          <w:b/>
          <w:sz w:val="26"/>
        </w:rPr>
        <w:t>2. Լվացքի մեքենա – պահանջվող քանակ՝ 2 հատ</w:t>
      </w:r>
    </w:p>
    <w:p w14:paraId="3C4A1FB2" w14:textId="77777777" w:rsidR="00B92686" w:rsidRDefault="00B53192">
      <w:r>
        <w:rPr>
          <w:b/>
        </w:rPr>
        <w:t xml:space="preserve">Կիրառման նպատակ. </w:t>
      </w:r>
      <w:r>
        <w:t>Տնային խնամքի ծառայության լվացքատան համար՝ կանոնավոր և ինտենսիվ օգտագործման պայմաններում։</w:t>
      </w:r>
    </w:p>
    <w:tbl>
      <w:tblPr>
        <w:tblStyle w:val="TableGrid"/>
        <w:tblW w:w="11175" w:type="dxa"/>
        <w:jc w:val="center"/>
        <w:tblLook w:val="04A0" w:firstRow="1" w:lastRow="0" w:firstColumn="1" w:lastColumn="0" w:noHBand="0" w:noVBand="1"/>
      </w:tblPr>
      <w:tblGrid>
        <w:gridCol w:w="484"/>
        <w:gridCol w:w="3085"/>
        <w:gridCol w:w="4543"/>
        <w:gridCol w:w="3063"/>
      </w:tblGrid>
      <w:tr w:rsidR="00B92686" w14:paraId="6F35CCE3" w14:textId="77777777" w:rsidTr="00C4517C">
        <w:trPr>
          <w:trHeight w:val="552"/>
          <w:tblHeader/>
          <w:jc w:val="center"/>
        </w:trPr>
        <w:tc>
          <w:tcPr>
            <w:tcW w:w="484" w:type="dxa"/>
            <w:shd w:val="clear" w:color="auto" w:fill="D9EAF7"/>
            <w:vAlign w:val="center"/>
          </w:tcPr>
          <w:p w14:paraId="02AED5CC" w14:textId="77777777" w:rsidR="00B92686" w:rsidRDefault="00B53192">
            <w:r>
              <w:t>№</w:t>
            </w:r>
          </w:p>
        </w:tc>
        <w:tc>
          <w:tcPr>
            <w:tcW w:w="3085" w:type="dxa"/>
            <w:shd w:val="clear" w:color="auto" w:fill="D9EAF7"/>
            <w:vAlign w:val="center"/>
          </w:tcPr>
          <w:p w14:paraId="084C9654" w14:textId="77777777" w:rsidR="00B92686" w:rsidRDefault="00B53192">
            <w:r>
              <w:t>Տեխնիկական բնութագիր / պահանջ</w:t>
            </w:r>
          </w:p>
        </w:tc>
        <w:tc>
          <w:tcPr>
            <w:tcW w:w="4543" w:type="dxa"/>
            <w:shd w:val="clear" w:color="auto" w:fill="D9EAF7"/>
            <w:vAlign w:val="center"/>
          </w:tcPr>
          <w:p w14:paraId="7D2FD63A" w14:textId="77777777" w:rsidR="00B92686" w:rsidRDefault="00B53192">
            <w:r>
              <w:t>Պահանջվող նվազագույն բնութագիր</w:t>
            </w:r>
          </w:p>
        </w:tc>
        <w:tc>
          <w:tcPr>
            <w:tcW w:w="3063" w:type="dxa"/>
            <w:shd w:val="clear" w:color="auto" w:fill="D9EAF7"/>
            <w:vAlign w:val="center"/>
          </w:tcPr>
          <w:p w14:paraId="2F3A6B5E" w14:textId="77777777" w:rsidR="00B92686" w:rsidRDefault="00B53192">
            <w:r>
              <w:t>Մասնակցի կողմից լրացվում է</w:t>
            </w:r>
          </w:p>
        </w:tc>
      </w:tr>
      <w:tr w:rsidR="00B92686" w14:paraId="4CD41A25" w14:textId="77777777" w:rsidTr="00C4517C">
        <w:trPr>
          <w:trHeight w:val="805"/>
          <w:jc w:val="center"/>
        </w:trPr>
        <w:tc>
          <w:tcPr>
            <w:tcW w:w="484" w:type="dxa"/>
            <w:vAlign w:val="center"/>
          </w:tcPr>
          <w:p w14:paraId="7E021533" w14:textId="77777777" w:rsidR="00B92686" w:rsidRDefault="00B53192">
            <w:r>
              <w:lastRenderedPageBreak/>
              <w:t>1</w:t>
            </w:r>
          </w:p>
        </w:tc>
        <w:tc>
          <w:tcPr>
            <w:tcW w:w="3085" w:type="dxa"/>
            <w:vAlign w:val="center"/>
          </w:tcPr>
          <w:p w14:paraId="30F445BB" w14:textId="77777777" w:rsidR="00B92686" w:rsidRDefault="00B53192">
            <w:r>
              <w:t>Մոդել</w:t>
            </w:r>
          </w:p>
        </w:tc>
        <w:tc>
          <w:tcPr>
            <w:tcW w:w="4543" w:type="dxa"/>
            <w:vAlign w:val="center"/>
          </w:tcPr>
          <w:p w14:paraId="2623E8AF" w14:textId="77777777" w:rsidR="00B92686" w:rsidRDefault="00B53192">
            <w:r>
              <w:t>Կոնկրետ արտադրող, ապրանքանիշ և մոդել՝ ամբողջական անվանումով և Model No.-ով</w:t>
            </w:r>
          </w:p>
        </w:tc>
        <w:tc>
          <w:tcPr>
            <w:tcW w:w="3063" w:type="dxa"/>
            <w:vAlign w:val="center"/>
          </w:tcPr>
          <w:p w14:paraId="4AA23B92" w14:textId="77777777" w:rsidR="00B92686" w:rsidRDefault="00B53192">
            <w:r>
              <w:t>________________________</w:t>
            </w:r>
          </w:p>
        </w:tc>
      </w:tr>
      <w:tr w:rsidR="00B92686" w14:paraId="6EDC5DC9" w14:textId="77777777" w:rsidTr="00C4517C">
        <w:trPr>
          <w:trHeight w:val="283"/>
          <w:jc w:val="center"/>
        </w:trPr>
        <w:tc>
          <w:tcPr>
            <w:tcW w:w="484" w:type="dxa"/>
            <w:vAlign w:val="center"/>
          </w:tcPr>
          <w:p w14:paraId="7FFBC991" w14:textId="77777777" w:rsidR="00B92686" w:rsidRDefault="00B53192">
            <w:r>
              <w:t>2</w:t>
            </w:r>
          </w:p>
        </w:tc>
        <w:tc>
          <w:tcPr>
            <w:tcW w:w="3085" w:type="dxa"/>
            <w:vAlign w:val="center"/>
          </w:tcPr>
          <w:p w14:paraId="7970AE7E" w14:textId="77777777" w:rsidR="00B92686" w:rsidRDefault="00B53192">
            <w:r>
              <w:t>Տարողություն</w:t>
            </w:r>
          </w:p>
        </w:tc>
        <w:tc>
          <w:tcPr>
            <w:tcW w:w="4543" w:type="dxa"/>
            <w:vAlign w:val="center"/>
          </w:tcPr>
          <w:p w14:paraId="72E30A7C" w14:textId="77777777" w:rsidR="00B92686" w:rsidRDefault="00B53192">
            <w:r>
              <w:t>Նվազագույնը 10 կգ չոր լվացքի համար</w:t>
            </w:r>
          </w:p>
        </w:tc>
        <w:tc>
          <w:tcPr>
            <w:tcW w:w="3063" w:type="dxa"/>
            <w:vAlign w:val="center"/>
          </w:tcPr>
          <w:p w14:paraId="0B163AD9" w14:textId="77777777" w:rsidR="00B92686" w:rsidRDefault="00B53192">
            <w:r>
              <w:t>________ կգ</w:t>
            </w:r>
          </w:p>
        </w:tc>
      </w:tr>
      <w:tr w:rsidR="00B92686" w14:paraId="650B17F6" w14:textId="77777777" w:rsidTr="00C4517C">
        <w:trPr>
          <w:trHeight w:val="298"/>
          <w:jc w:val="center"/>
        </w:trPr>
        <w:tc>
          <w:tcPr>
            <w:tcW w:w="484" w:type="dxa"/>
            <w:vAlign w:val="center"/>
          </w:tcPr>
          <w:p w14:paraId="1706E8C0" w14:textId="77777777" w:rsidR="00B92686" w:rsidRDefault="00B53192">
            <w:r>
              <w:t>3</w:t>
            </w:r>
          </w:p>
        </w:tc>
        <w:tc>
          <w:tcPr>
            <w:tcW w:w="3085" w:type="dxa"/>
            <w:vAlign w:val="center"/>
          </w:tcPr>
          <w:p w14:paraId="7F1BC39F" w14:textId="77777777" w:rsidR="00B92686" w:rsidRDefault="00B53192">
            <w:r>
              <w:t>Բեռնման տեսակ</w:t>
            </w:r>
          </w:p>
        </w:tc>
        <w:tc>
          <w:tcPr>
            <w:tcW w:w="4543" w:type="dxa"/>
            <w:vAlign w:val="center"/>
          </w:tcPr>
          <w:p w14:paraId="672C9B9A" w14:textId="77777777" w:rsidR="00B92686" w:rsidRDefault="00B53192">
            <w:r>
              <w:t>Առջևից բեռնմամբ, ամբողջությամբ ավտոմատ</w:t>
            </w:r>
          </w:p>
        </w:tc>
        <w:tc>
          <w:tcPr>
            <w:tcW w:w="3063" w:type="dxa"/>
            <w:vAlign w:val="center"/>
          </w:tcPr>
          <w:p w14:paraId="355A5211" w14:textId="77777777" w:rsidR="00B92686" w:rsidRDefault="00B53192">
            <w:r>
              <w:t>☐ Այո  ☐ Ոչ</w:t>
            </w:r>
          </w:p>
        </w:tc>
      </w:tr>
      <w:tr w:rsidR="00B92686" w14:paraId="7E7873BD" w14:textId="77777777" w:rsidTr="00C4517C">
        <w:trPr>
          <w:trHeight w:val="1090"/>
          <w:jc w:val="center"/>
        </w:trPr>
        <w:tc>
          <w:tcPr>
            <w:tcW w:w="484" w:type="dxa"/>
            <w:vAlign w:val="center"/>
          </w:tcPr>
          <w:p w14:paraId="75A324A3" w14:textId="77777777" w:rsidR="00B92686" w:rsidRDefault="00B53192">
            <w:r>
              <w:t>4</w:t>
            </w:r>
          </w:p>
        </w:tc>
        <w:tc>
          <w:tcPr>
            <w:tcW w:w="3085" w:type="dxa"/>
            <w:vAlign w:val="center"/>
          </w:tcPr>
          <w:p w14:paraId="0EC16D1D" w14:textId="77777777" w:rsidR="00B92686" w:rsidRDefault="00B53192">
            <w:r>
              <w:t>Կորպուս</w:t>
            </w:r>
          </w:p>
        </w:tc>
        <w:tc>
          <w:tcPr>
            <w:tcW w:w="4543" w:type="dxa"/>
            <w:vAlign w:val="center"/>
          </w:tcPr>
          <w:p w14:paraId="2D83BA97" w14:textId="77777777" w:rsidR="00B92686" w:rsidRDefault="00B53192">
            <w:r>
              <w:t>Մետաղական/պողպատե կորպուս՝ արտադրողի կողմից նախատեսված հակակոռոզիոն պաշտպանությամբ կամ համարժեք ամուր կառուցվածքով</w:t>
            </w:r>
          </w:p>
        </w:tc>
        <w:tc>
          <w:tcPr>
            <w:tcW w:w="3063" w:type="dxa"/>
            <w:vAlign w:val="center"/>
          </w:tcPr>
          <w:p w14:paraId="319A1084" w14:textId="77777777" w:rsidR="00B92686" w:rsidRDefault="00B53192">
            <w:r>
              <w:t>☐ Այո  ☐ Ոչ</w:t>
            </w:r>
          </w:p>
        </w:tc>
      </w:tr>
      <w:tr w:rsidR="00B92686" w14:paraId="12119766" w14:textId="77777777" w:rsidTr="00C4517C">
        <w:trPr>
          <w:trHeight w:val="552"/>
          <w:jc w:val="center"/>
        </w:trPr>
        <w:tc>
          <w:tcPr>
            <w:tcW w:w="484" w:type="dxa"/>
            <w:vAlign w:val="center"/>
          </w:tcPr>
          <w:p w14:paraId="6DFD070E" w14:textId="77777777" w:rsidR="00B92686" w:rsidRDefault="00B53192">
            <w:r>
              <w:t>5</w:t>
            </w:r>
          </w:p>
        </w:tc>
        <w:tc>
          <w:tcPr>
            <w:tcW w:w="3085" w:type="dxa"/>
            <w:vAlign w:val="center"/>
          </w:tcPr>
          <w:p w14:paraId="1F04856C" w14:textId="77777777" w:rsidR="00B92686" w:rsidRDefault="00B53192">
            <w:r>
              <w:t>Թմբուկ</w:t>
            </w:r>
          </w:p>
        </w:tc>
        <w:tc>
          <w:tcPr>
            <w:tcW w:w="4543" w:type="dxa"/>
            <w:vAlign w:val="center"/>
          </w:tcPr>
          <w:p w14:paraId="0B7F31EA" w14:textId="77777777" w:rsidR="00B92686" w:rsidRDefault="00B53192">
            <w:r>
              <w:t>Չժանգոտվող պողպատից (stainless steel) թմբուկ</w:t>
            </w:r>
          </w:p>
        </w:tc>
        <w:tc>
          <w:tcPr>
            <w:tcW w:w="3063" w:type="dxa"/>
            <w:vAlign w:val="center"/>
          </w:tcPr>
          <w:p w14:paraId="29AAA1E5" w14:textId="77777777" w:rsidR="00B92686" w:rsidRDefault="00B53192">
            <w:r>
              <w:t>________________________</w:t>
            </w:r>
          </w:p>
        </w:tc>
      </w:tr>
      <w:tr w:rsidR="00B92686" w14:paraId="03E21F00" w14:textId="77777777" w:rsidTr="00C4517C">
        <w:trPr>
          <w:trHeight w:val="1090"/>
          <w:jc w:val="center"/>
        </w:trPr>
        <w:tc>
          <w:tcPr>
            <w:tcW w:w="484" w:type="dxa"/>
            <w:vAlign w:val="center"/>
          </w:tcPr>
          <w:p w14:paraId="47E9E94A" w14:textId="77777777" w:rsidR="00B92686" w:rsidRDefault="00B53192">
            <w:r>
              <w:t>6</w:t>
            </w:r>
          </w:p>
        </w:tc>
        <w:tc>
          <w:tcPr>
            <w:tcW w:w="3085" w:type="dxa"/>
            <w:vAlign w:val="center"/>
          </w:tcPr>
          <w:p w14:paraId="73A78F6D" w14:textId="77777777" w:rsidR="00B92686" w:rsidRDefault="00B53192">
            <w:r>
              <w:t>Շարժիչ</w:t>
            </w:r>
          </w:p>
        </w:tc>
        <w:tc>
          <w:tcPr>
            <w:tcW w:w="4543" w:type="dxa"/>
            <w:vAlign w:val="center"/>
          </w:tcPr>
          <w:p w14:paraId="7E3636BD" w14:textId="77777777" w:rsidR="00B92686" w:rsidRDefault="00B53192">
            <w:r>
              <w:t>Ինվերտորային / brushless / direct-drive կամ արտադրողի կողմից նույն դասի տեխնոլոգիապես համարժեք բարձր արդյունավետության շարժիչ</w:t>
            </w:r>
          </w:p>
        </w:tc>
        <w:tc>
          <w:tcPr>
            <w:tcW w:w="3063" w:type="dxa"/>
            <w:vAlign w:val="center"/>
          </w:tcPr>
          <w:p w14:paraId="00DEF177" w14:textId="77777777" w:rsidR="00B92686" w:rsidRDefault="00B53192">
            <w:r>
              <w:t>________________________</w:t>
            </w:r>
          </w:p>
        </w:tc>
      </w:tr>
      <w:tr w:rsidR="00B92686" w14:paraId="1E1EB28A" w14:textId="77777777" w:rsidTr="00C4517C">
        <w:trPr>
          <w:trHeight w:val="552"/>
          <w:jc w:val="center"/>
        </w:trPr>
        <w:tc>
          <w:tcPr>
            <w:tcW w:w="484" w:type="dxa"/>
            <w:vAlign w:val="center"/>
          </w:tcPr>
          <w:p w14:paraId="14CC0265" w14:textId="77777777" w:rsidR="00B92686" w:rsidRDefault="00B53192">
            <w:r>
              <w:t>7</w:t>
            </w:r>
          </w:p>
        </w:tc>
        <w:tc>
          <w:tcPr>
            <w:tcW w:w="3085" w:type="dxa"/>
            <w:vAlign w:val="center"/>
          </w:tcPr>
          <w:p w14:paraId="71848EEC" w14:textId="77777777" w:rsidR="00B92686" w:rsidRDefault="00B53192">
            <w:r>
              <w:t>Քամման արագություն</w:t>
            </w:r>
          </w:p>
        </w:tc>
        <w:tc>
          <w:tcPr>
            <w:tcW w:w="4543" w:type="dxa"/>
            <w:vAlign w:val="center"/>
          </w:tcPr>
          <w:p w14:paraId="056BF772" w14:textId="77777777" w:rsidR="00B92686" w:rsidRDefault="00B53192">
            <w:r>
              <w:t>Առավելագույնը՝ ոչ պակաս, քան 1400 պտ/րոպե; ցանկալի՝ 1600 պտ/րոպե</w:t>
            </w:r>
          </w:p>
        </w:tc>
        <w:tc>
          <w:tcPr>
            <w:tcW w:w="3063" w:type="dxa"/>
            <w:vAlign w:val="center"/>
          </w:tcPr>
          <w:p w14:paraId="1A0071E9" w14:textId="77777777" w:rsidR="00B92686" w:rsidRDefault="00B53192">
            <w:r>
              <w:t>________ պտ/րոպե</w:t>
            </w:r>
          </w:p>
        </w:tc>
      </w:tr>
      <w:tr w:rsidR="00B92686" w14:paraId="73090470" w14:textId="77777777" w:rsidTr="00C4517C">
        <w:trPr>
          <w:trHeight w:val="1090"/>
          <w:jc w:val="center"/>
        </w:trPr>
        <w:tc>
          <w:tcPr>
            <w:tcW w:w="484" w:type="dxa"/>
            <w:vAlign w:val="center"/>
          </w:tcPr>
          <w:p w14:paraId="1AB42922" w14:textId="77777777" w:rsidR="00B92686" w:rsidRDefault="00B53192">
            <w:r>
              <w:t>8</w:t>
            </w:r>
          </w:p>
        </w:tc>
        <w:tc>
          <w:tcPr>
            <w:tcW w:w="3085" w:type="dxa"/>
            <w:vAlign w:val="center"/>
          </w:tcPr>
          <w:p w14:paraId="0C9ABE65" w14:textId="77777777" w:rsidR="00B92686" w:rsidRDefault="00B53192">
            <w:r>
              <w:t>Էներգաարդյունավետություն</w:t>
            </w:r>
          </w:p>
        </w:tc>
        <w:tc>
          <w:tcPr>
            <w:tcW w:w="4543" w:type="dxa"/>
            <w:vAlign w:val="center"/>
          </w:tcPr>
          <w:p w14:paraId="2786CF48" w14:textId="77777777" w:rsidR="00B92686" w:rsidRDefault="00B53192">
            <w:r>
              <w:t>Գործող էներգապիտակի համակարգով բարձր էներգաարդյունավետության դաս; մասնակիցը պարտադիր ներկայացնում է գործող էներգապիտակը</w:t>
            </w:r>
          </w:p>
        </w:tc>
        <w:tc>
          <w:tcPr>
            <w:tcW w:w="3063" w:type="dxa"/>
            <w:vAlign w:val="center"/>
          </w:tcPr>
          <w:p w14:paraId="79CAC589" w14:textId="77777777" w:rsidR="00B92686" w:rsidRDefault="00B53192">
            <w:r>
              <w:t>Դաս՝ ______</w:t>
            </w:r>
          </w:p>
        </w:tc>
      </w:tr>
      <w:tr w:rsidR="00B92686" w14:paraId="49D67ABB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3BFC3DA4" w14:textId="77777777" w:rsidR="00B92686" w:rsidRDefault="00B53192">
            <w:r>
              <w:t>9</w:t>
            </w:r>
          </w:p>
        </w:tc>
        <w:tc>
          <w:tcPr>
            <w:tcW w:w="3085" w:type="dxa"/>
            <w:vAlign w:val="center"/>
          </w:tcPr>
          <w:p w14:paraId="56D58748" w14:textId="77777777" w:rsidR="00B92686" w:rsidRDefault="00B53192">
            <w:r>
              <w:t>Լվացման արդյունավետություն</w:t>
            </w:r>
          </w:p>
        </w:tc>
        <w:tc>
          <w:tcPr>
            <w:tcW w:w="4543" w:type="dxa"/>
            <w:vAlign w:val="center"/>
          </w:tcPr>
          <w:p w14:paraId="58B3B2AA" w14:textId="77777777" w:rsidR="00B92686" w:rsidRDefault="00B53192">
            <w:r>
              <w:t>Լվացման արդյունավետության դաս՝ առնվազն A կամ գործող համարժեք դասակարգում</w:t>
            </w:r>
          </w:p>
        </w:tc>
        <w:tc>
          <w:tcPr>
            <w:tcW w:w="3063" w:type="dxa"/>
            <w:vAlign w:val="center"/>
          </w:tcPr>
          <w:p w14:paraId="00DA17FA" w14:textId="77777777" w:rsidR="00B92686" w:rsidRDefault="00B53192">
            <w:r>
              <w:t>________________________</w:t>
            </w:r>
          </w:p>
        </w:tc>
      </w:tr>
      <w:tr w:rsidR="00B92686" w14:paraId="40CA41A8" w14:textId="77777777" w:rsidTr="0071082F">
        <w:trPr>
          <w:trHeight w:val="544"/>
          <w:jc w:val="center"/>
        </w:trPr>
        <w:tc>
          <w:tcPr>
            <w:tcW w:w="484" w:type="dxa"/>
            <w:vAlign w:val="center"/>
          </w:tcPr>
          <w:p w14:paraId="442F3884" w14:textId="77777777" w:rsidR="00B92686" w:rsidRDefault="00B53192">
            <w:r>
              <w:t>10</w:t>
            </w:r>
          </w:p>
        </w:tc>
        <w:tc>
          <w:tcPr>
            <w:tcW w:w="3085" w:type="dxa"/>
            <w:vAlign w:val="center"/>
          </w:tcPr>
          <w:p w14:paraId="62980A6D" w14:textId="77777777" w:rsidR="00B92686" w:rsidRDefault="00B53192">
            <w:r>
              <w:t>Ծրագրերի քանակ</w:t>
            </w:r>
          </w:p>
        </w:tc>
        <w:tc>
          <w:tcPr>
            <w:tcW w:w="4543" w:type="dxa"/>
            <w:vAlign w:val="center"/>
          </w:tcPr>
          <w:p w14:paraId="7DD4D5B4" w14:textId="28119EBE" w:rsidR="00B92686" w:rsidRPr="00871AFD" w:rsidRDefault="00871AFD">
            <w:pPr>
              <w:rPr>
                <w:lang w:val="hy-AM"/>
              </w:rPr>
            </w:pPr>
            <w:r>
              <w:rPr>
                <w:lang w:val="hy-AM"/>
              </w:rPr>
              <w:t xml:space="preserve"> </w:t>
            </w:r>
          </w:p>
        </w:tc>
        <w:tc>
          <w:tcPr>
            <w:tcW w:w="3063" w:type="dxa"/>
            <w:vAlign w:val="center"/>
          </w:tcPr>
          <w:p w14:paraId="69175FFC" w14:textId="77777777" w:rsidR="00B92686" w:rsidRDefault="00B53192">
            <w:r>
              <w:t>________ ծրագիր</w:t>
            </w:r>
          </w:p>
        </w:tc>
      </w:tr>
      <w:tr w:rsidR="00B92686" w14:paraId="7FEAAF1D" w14:textId="77777777" w:rsidTr="00C4517C">
        <w:trPr>
          <w:trHeight w:val="1373"/>
          <w:jc w:val="center"/>
        </w:trPr>
        <w:tc>
          <w:tcPr>
            <w:tcW w:w="484" w:type="dxa"/>
            <w:vAlign w:val="center"/>
          </w:tcPr>
          <w:p w14:paraId="2A458E38" w14:textId="77777777" w:rsidR="00B92686" w:rsidRDefault="00B53192">
            <w:r>
              <w:t>11</w:t>
            </w:r>
          </w:p>
        </w:tc>
        <w:tc>
          <w:tcPr>
            <w:tcW w:w="3085" w:type="dxa"/>
            <w:vAlign w:val="center"/>
          </w:tcPr>
          <w:p w14:paraId="496DB90F" w14:textId="77777777" w:rsidR="00B92686" w:rsidRDefault="00B53192">
            <w:r>
              <w:t>Հիմնական ծրագրեր</w:t>
            </w:r>
          </w:p>
        </w:tc>
        <w:tc>
          <w:tcPr>
            <w:tcW w:w="4543" w:type="dxa"/>
            <w:vAlign w:val="center"/>
          </w:tcPr>
          <w:p w14:paraId="11614F91" w14:textId="77777777" w:rsidR="00B92686" w:rsidRDefault="00B53192">
            <w:r>
              <w:t>Պետք է առկա լինեն՝ Cotton, Synthetics, Mixed, Delicates, Wool/Hand Wash կամ համարժեք, Quick, Eco, Prewash, Hygiene/Anti-allergy կամ համարժեք, Extra Rinse, Spin, Drain</w:t>
            </w:r>
          </w:p>
        </w:tc>
        <w:tc>
          <w:tcPr>
            <w:tcW w:w="3063" w:type="dxa"/>
            <w:vAlign w:val="center"/>
          </w:tcPr>
          <w:p w14:paraId="5D361C5B" w14:textId="77777777" w:rsidR="00B92686" w:rsidRDefault="00B53192">
            <w:r>
              <w:t>☐ Այո  ☐ Ոչ</w:t>
            </w:r>
          </w:p>
        </w:tc>
      </w:tr>
      <w:tr w:rsidR="00B92686" w14:paraId="4C6B3B5F" w14:textId="77777777" w:rsidTr="00C4517C">
        <w:trPr>
          <w:trHeight w:val="537"/>
          <w:jc w:val="center"/>
        </w:trPr>
        <w:tc>
          <w:tcPr>
            <w:tcW w:w="484" w:type="dxa"/>
            <w:vAlign w:val="center"/>
          </w:tcPr>
          <w:p w14:paraId="694CE67E" w14:textId="77777777" w:rsidR="00B92686" w:rsidRDefault="00B53192">
            <w:r>
              <w:t>12</w:t>
            </w:r>
          </w:p>
        </w:tc>
        <w:tc>
          <w:tcPr>
            <w:tcW w:w="3085" w:type="dxa"/>
            <w:vAlign w:val="center"/>
          </w:tcPr>
          <w:p w14:paraId="46334C76" w14:textId="77777777" w:rsidR="00B92686" w:rsidRDefault="00B53192">
            <w:r>
              <w:t>Գոլորշու ֆունկցիա</w:t>
            </w:r>
          </w:p>
        </w:tc>
        <w:tc>
          <w:tcPr>
            <w:tcW w:w="4543" w:type="dxa"/>
            <w:vAlign w:val="center"/>
          </w:tcPr>
          <w:p w14:paraId="390918CB" w14:textId="77777777" w:rsidR="00B92686" w:rsidRDefault="00B53192">
            <w:r>
              <w:t>Գոլորշու/Steam ծրագիր կամ գոլորշային հիգիենիկ մշակում</w:t>
            </w:r>
          </w:p>
        </w:tc>
        <w:tc>
          <w:tcPr>
            <w:tcW w:w="3063" w:type="dxa"/>
            <w:vAlign w:val="center"/>
          </w:tcPr>
          <w:p w14:paraId="2D08F9FD" w14:textId="77777777" w:rsidR="00B92686" w:rsidRDefault="00B53192">
            <w:r>
              <w:t>☐ Այո  ☐ Ոչ</w:t>
            </w:r>
          </w:p>
        </w:tc>
      </w:tr>
      <w:tr w:rsidR="00B92686" w14:paraId="12C7A47C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48D18AE5" w14:textId="77777777" w:rsidR="00B92686" w:rsidRDefault="00B53192">
            <w:r>
              <w:t>13</w:t>
            </w:r>
          </w:p>
        </w:tc>
        <w:tc>
          <w:tcPr>
            <w:tcW w:w="3085" w:type="dxa"/>
            <w:vAlign w:val="center"/>
          </w:tcPr>
          <w:p w14:paraId="29CA55CC" w14:textId="77777777" w:rsidR="00B92686" w:rsidRDefault="00B53192">
            <w:r>
              <w:t>Ջերմաստիճանի ընտրություն</w:t>
            </w:r>
          </w:p>
        </w:tc>
        <w:tc>
          <w:tcPr>
            <w:tcW w:w="4543" w:type="dxa"/>
            <w:vAlign w:val="center"/>
          </w:tcPr>
          <w:p w14:paraId="524A4E72" w14:textId="77777777" w:rsidR="00B92686" w:rsidRDefault="00B53192">
            <w:r>
              <w:t>Ջերմաստիճանի ընտրության հնարավորություն, ներառյալ բարձր ջերմաստիճանով լվացման ռեժիմ</w:t>
            </w:r>
          </w:p>
        </w:tc>
        <w:tc>
          <w:tcPr>
            <w:tcW w:w="3063" w:type="dxa"/>
            <w:vAlign w:val="center"/>
          </w:tcPr>
          <w:p w14:paraId="07B0555E" w14:textId="389F5806" w:rsidR="00B92686" w:rsidRDefault="0071082F">
            <w:r>
              <w:rPr>
                <w:lang w:val="hy-AM"/>
              </w:rPr>
              <w:t xml:space="preserve"> ——————</w:t>
            </w:r>
            <w:r w:rsidR="00B53192">
              <w:t>°C</w:t>
            </w:r>
          </w:p>
        </w:tc>
      </w:tr>
      <w:tr w:rsidR="00B92686" w14:paraId="4980FCCD" w14:textId="77777777" w:rsidTr="00C4517C">
        <w:trPr>
          <w:trHeight w:val="552"/>
          <w:jc w:val="center"/>
        </w:trPr>
        <w:tc>
          <w:tcPr>
            <w:tcW w:w="484" w:type="dxa"/>
            <w:vAlign w:val="center"/>
          </w:tcPr>
          <w:p w14:paraId="0FFDD868" w14:textId="77777777" w:rsidR="00B92686" w:rsidRDefault="00B53192">
            <w:r>
              <w:t>14</w:t>
            </w:r>
          </w:p>
        </w:tc>
        <w:tc>
          <w:tcPr>
            <w:tcW w:w="3085" w:type="dxa"/>
            <w:vAlign w:val="center"/>
          </w:tcPr>
          <w:p w14:paraId="1863B978" w14:textId="77777777" w:rsidR="00B92686" w:rsidRDefault="00B53192">
            <w:r>
              <w:t>Բեռնվածքի ավտոմատ հայտնաբերում</w:t>
            </w:r>
          </w:p>
        </w:tc>
        <w:tc>
          <w:tcPr>
            <w:tcW w:w="4543" w:type="dxa"/>
            <w:vAlign w:val="center"/>
          </w:tcPr>
          <w:p w14:paraId="44CEE019" w14:textId="77777777" w:rsidR="00B92686" w:rsidRDefault="00B53192">
            <w:r>
              <w:t>Ավտոմատ բեռնվածքի հայտնաբերում և ջրի/ծրագրի ավտոմատ հարմարեցում</w:t>
            </w:r>
          </w:p>
        </w:tc>
        <w:tc>
          <w:tcPr>
            <w:tcW w:w="3063" w:type="dxa"/>
            <w:vAlign w:val="center"/>
          </w:tcPr>
          <w:p w14:paraId="4F77FF11" w14:textId="77777777" w:rsidR="00B92686" w:rsidRDefault="00B53192">
            <w:r>
              <w:t>☐ Այո  ☐ Ոչ</w:t>
            </w:r>
          </w:p>
        </w:tc>
      </w:tr>
      <w:tr w:rsidR="00B92686" w14:paraId="149877BE" w14:textId="77777777" w:rsidTr="00C4517C">
        <w:trPr>
          <w:trHeight w:val="537"/>
          <w:jc w:val="center"/>
        </w:trPr>
        <w:tc>
          <w:tcPr>
            <w:tcW w:w="484" w:type="dxa"/>
            <w:vAlign w:val="center"/>
          </w:tcPr>
          <w:p w14:paraId="746F2534" w14:textId="77777777" w:rsidR="00B92686" w:rsidRDefault="00B53192">
            <w:r>
              <w:t>15</w:t>
            </w:r>
          </w:p>
        </w:tc>
        <w:tc>
          <w:tcPr>
            <w:tcW w:w="3085" w:type="dxa"/>
            <w:vAlign w:val="center"/>
          </w:tcPr>
          <w:p w14:paraId="66F328D6" w14:textId="77777777" w:rsidR="00B92686" w:rsidRDefault="00B53192">
            <w:r>
              <w:t>Փրփուրի վերահսկում</w:t>
            </w:r>
          </w:p>
        </w:tc>
        <w:tc>
          <w:tcPr>
            <w:tcW w:w="4543" w:type="dxa"/>
            <w:vAlign w:val="center"/>
          </w:tcPr>
          <w:p w14:paraId="197277C8" w14:textId="77777777" w:rsidR="00B92686" w:rsidRDefault="00B53192">
            <w:r>
              <w:t>Ավտոմատ փրփուրի վերահսկման համակարգ</w:t>
            </w:r>
          </w:p>
        </w:tc>
        <w:tc>
          <w:tcPr>
            <w:tcW w:w="3063" w:type="dxa"/>
            <w:vAlign w:val="center"/>
          </w:tcPr>
          <w:p w14:paraId="5769E58F" w14:textId="77777777" w:rsidR="00B92686" w:rsidRDefault="00B53192">
            <w:r>
              <w:t>☐ Այո  ☐ Ոչ</w:t>
            </w:r>
          </w:p>
        </w:tc>
      </w:tr>
      <w:tr w:rsidR="00B92686" w14:paraId="54EC7752" w14:textId="77777777" w:rsidTr="00C4517C">
        <w:trPr>
          <w:trHeight w:val="552"/>
          <w:jc w:val="center"/>
        </w:trPr>
        <w:tc>
          <w:tcPr>
            <w:tcW w:w="484" w:type="dxa"/>
            <w:vAlign w:val="center"/>
          </w:tcPr>
          <w:p w14:paraId="383670DE" w14:textId="77777777" w:rsidR="00B92686" w:rsidRDefault="00B53192">
            <w:r>
              <w:t>16</w:t>
            </w:r>
          </w:p>
        </w:tc>
        <w:tc>
          <w:tcPr>
            <w:tcW w:w="3085" w:type="dxa"/>
            <w:vAlign w:val="center"/>
          </w:tcPr>
          <w:p w14:paraId="1B94BB02" w14:textId="77777777" w:rsidR="00B92686" w:rsidRDefault="00B53192">
            <w:r>
              <w:t>Անհավասարակշռության վերահսկում</w:t>
            </w:r>
          </w:p>
        </w:tc>
        <w:tc>
          <w:tcPr>
            <w:tcW w:w="4543" w:type="dxa"/>
            <w:vAlign w:val="center"/>
          </w:tcPr>
          <w:p w14:paraId="33D704B5" w14:textId="77777777" w:rsidR="00B92686" w:rsidRDefault="00B53192">
            <w:r>
              <w:t>Թմբուկի անհավասարակշռության ավտոմատ հայտնաբերում և շտկում</w:t>
            </w:r>
          </w:p>
        </w:tc>
        <w:tc>
          <w:tcPr>
            <w:tcW w:w="3063" w:type="dxa"/>
            <w:vAlign w:val="center"/>
          </w:tcPr>
          <w:p w14:paraId="5ADC6A72" w14:textId="77777777" w:rsidR="00B92686" w:rsidRDefault="00B53192">
            <w:r>
              <w:t>☐ Այո  ☐ Ոչ</w:t>
            </w:r>
          </w:p>
        </w:tc>
      </w:tr>
      <w:tr w:rsidR="00B92686" w14:paraId="02F5B59B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0EAA71D0" w14:textId="77777777" w:rsidR="00B92686" w:rsidRDefault="00B53192">
            <w:r>
              <w:t>17</w:t>
            </w:r>
          </w:p>
        </w:tc>
        <w:tc>
          <w:tcPr>
            <w:tcW w:w="3085" w:type="dxa"/>
            <w:vAlign w:val="center"/>
          </w:tcPr>
          <w:p w14:paraId="3BDCF70E" w14:textId="77777777" w:rsidR="00B92686" w:rsidRDefault="00B53192">
            <w:r>
              <w:t>Արտահոսքից պաշտպանություն</w:t>
            </w:r>
          </w:p>
        </w:tc>
        <w:tc>
          <w:tcPr>
            <w:tcW w:w="4543" w:type="dxa"/>
            <w:vAlign w:val="center"/>
          </w:tcPr>
          <w:p w14:paraId="26FE9A4C" w14:textId="77777777" w:rsidR="00B92686" w:rsidRDefault="00B53192">
            <w:r>
              <w:t>Արտահոսքի դեմ պաշտպանություն / արտադրողի անվանումով համարժեք համակարգ</w:t>
            </w:r>
          </w:p>
        </w:tc>
        <w:tc>
          <w:tcPr>
            <w:tcW w:w="3063" w:type="dxa"/>
            <w:vAlign w:val="center"/>
          </w:tcPr>
          <w:p w14:paraId="107210A8" w14:textId="18F63BE7" w:rsidR="00B92686" w:rsidRDefault="00B92686"/>
        </w:tc>
      </w:tr>
      <w:tr w:rsidR="00B92686" w14:paraId="7C66976D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2744B41B" w14:textId="77777777" w:rsidR="00B92686" w:rsidRDefault="00B53192">
            <w:r>
              <w:t>18</w:t>
            </w:r>
          </w:p>
        </w:tc>
        <w:tc>
          <w:tcPr>
            <w:tcW w:w="3085" w:type="dxa"/>
            <w:vAlign w:val="center"/>
          </w:tcPr>
          <w:p w14:paraId="11BE3D84" w14:textId="77777777" w:rsidR="00B92686" w:rsidRDefault="00B53192">
            <w:r>
              <w:t>Գերտաքացումից պաշտպանություն</w:t>
            </w:r>
          </w:p>
        </w:tc>
        <w:tc>
          <w:tcPr>
            <w:tcW w:w="4543" w:type="dxa"/>
            <w:vAlign w:val="center"/>
          </w:tcPr>
          <w:p w14:paraId="4A4AA2EE" w14:textId="77777777" w:rsidR="00B92686" w:rsidRDefault="00B53192">
            <w:r>
              <w:t>Պաշտպանություն գերտաքացումից և ավտոմատ անջատման/անվտանգության համակարգ</w:t>
            </w:r>
          </w:p>
        </w:tc>
        <w:tc>
          <w:tcPr>
            <w:tcW w:w="3063" w:type="dxa"/>
            <w:vAlign w:val="center"/>
          </w:tcPr>
          <w:p w14:paraId="2C596439" w14:textId="77777777" w:rsidR="00B92686" w:rsidRDefault="00B53192">
            <w:r>
              <w:t>☐ Այո  ☐ Ոչ</w:t>
            </w:r>
          </w:p>
        </w:tc>
      </w:tr>
      <w:tr w:rsidR="00B92686" w14:paraId="72941A0A" w14:textId="77777777" w:rsidTr="00C4517C">
        <w:trPr>
          <w:trHeight w:val="537"/>
          <w:jc w:val="center"/>
        </w:trPr>
        <w:tc>
          <w:tcPr>
            <w:tcW w:w="484" w:type="dxa"/>
            <w:vAlign w:val="center"/>
          </w:tcPr>
          <w:p w14:paraId="06CC1DB2" w14:textId="77777777" w:rsidR="00B92686" w:rsidRDefault="00B53192">
            <w:r>
              <w:lastRenderedPageBreak/>
              <w:t>19</w:t>
            </w:r>
          </w:p>
        </w:tc>
        <w:tc>
          <w:tcPr>
            <w:tcW w:w="3085" w:type="dxa"/>
            <w:vAlign w:val="center"/>
          </w:tcPr>
          <w:p w14:paraId="5F9BFB1F" w14:textId="77777777" w:rsidR="00B92686" w:rsidRDefault="00B53192">
            <w:r>
              <w:t>Երեխաների պաշտպանություն</w:t>
            </w:r>
          </w:p>
        </w:tc>
        <w:tc>
          <w:tcPr>
            <w:tcW w:w="4543" w:type="dxa"/>
            <w:vAlign w:val="center"/>
          </w:tcPr>
          <w:p w14:paraId="7DFDBCB5" w14:textId="77777777" w:rsidR="00B92686" w:rsidRDefault="00B53192">
            <w:r>
              <w:t>Child Lock</w:t>
            </w:r>
          </w:p>
        </w:tc>
        <w:tc>
          <w:tcPr>
            <w:tcW w:w="3063" w:type="dxa"/>
            <w:vAlign w:val="center"/>
          </w:tcPr>
          <w:p w14:paraId="0A3D73E7" w14:textId="77777777" w:rsidR="00B92686" w:rsidRDefault="00B53192">
            <w:r>
              <w:t>☐ Այո  ☐ Ոչ</w:t>
            </w:r>
          </w:p>
        </w:tc>
      </w:tr>
      <w:tr w:rsidR="00B92686" w14:paraId="24D07674" w14:textId="77777777" w:rsidTr="00C4517C">
        <w:trPr>
          <w:trHeight w:val="552"/>
          <w:jc w:val="center"/>
        </w:trPr>
        <w:tc>
          <w:tcPr>
            <w:tcW w:w="484" w:type="dxa"/>
            <w:vAlign w:val="center"/>
          </w:tcPr>
          <w:p w14:paraId="36B7E985" w14:textId="77777777" w:rsidR="00B92686" w:rsidRDefault="00B53192">
            <w:r>
              <w:t>20</w:t>
            </w:r>
          </w:p>
        </w:tc>
        <w:tc>
          <w:tcPr>
            <w:tcW w:w="3085" w:type="dxa"/>
            <w:vAlign w:val="center"/>
          </w:tcPr>
          <w:p w14:paraId="48865EC5" w14:textId="77777777" w:rsidR="00B92686" w:rsidRDefault="00B53192">
            <w:r>
              <w:t>Ցուցադրում և կառավարում</w:t>
            </w:r>
          </w:p>
        </w:tc>
        <w:tc>
          <w:tcPr>
            <w:tcW w:w="4543" w:type="dxa"/>
            <w:vAlign w:val="center"/>
          </w:tcPr>
          <w:p w14:paraId="65EE8208" w14:textId="77777777" w:rsidR="00B92686" w:rsidRDefault="00B53192">
            <w:r>
              <w:t>Էլեկտրոնային կառավարում և թվային/LED/LCD էկրան</w:t>
            </w:r>
          </w:p>
        </w:tc>
        <w:tc>
          <w:tcPr>
            <w:tcW w:w="3063" w:type="dxa"/>
            <w:vAlign w:val="center"/>
          </w:tcPr>
          <w:p w14:paraId="09FF5E47" w14:textId="77777777" w:rsidR="00B92686" w:rsidRDefault="00B53192">
            <w:r>
              <w:t>________________________</w:t>
            </w:r>
          </w:p>
        </w:tc>
      </w:tr>
      <w:tr w:rsidR="00B92686" w14:paraId="5877A52D" w14:textId="77777777" w:rsidTr="00C4517C">
        <w:trPr>
          <w:trHeight w:val="313"/>
          <w:jc w:val="center"/>
        </w:trPr>
        <w:tc>
          <w:tcPr>
            <w:tcW w:w="484" w:type="dxa"/>
            <w:vAlign w:val="center"/>
          </w:tcPr>
          <w:p w14:paraId="6C5CFD81" w14:textId="77777777" w:rsidR="00B92686" w:rsidRDefault="00B53192">
            <w:r>
              <w:t>21</w:t>
            </w:r>
          </w:p>
        </w:tc>
        <w:tc>
          <w:tcPr>
            <w:tcW w:w="3085" w:type="dxa"/>
            <w:vAlign w:val="center"/>
          </w:tcPr>
          <w:p w14:paraId="46763500" w14:textId="77777777" w:rsidR="00B92686" w:rsidRDefault="00B53192">
            <w:r>
              <w:t>Հետաձգված մեկնարկ</w:t>
            </w:r>
          </w:p>
        </w:tc>
        <w:tc>
          <w:tcPr>
            <w:tcW w:w="4543" w:type="dxa"/>
            <w:vAlign w:val="center"/>
          </w:tcPr>
          <w:p w14:paraId="3FDC13A5" w14:textId="77777777" w:rsidR="00B92686" w:rsidRDefault="00B53192">
            <w:r>
              <w:t>Հետաձգված մեկնարկի հնարավորություն</w:t>
            </w:r>
          </w:p>
        </w:tc>
        <w:tc>
          <w:tcPr>
            <w:tcW w:w="3063" w:type="dxa"/>
            <w:vAlign w:val="center"/>
          </w:tcPr>
          <w:p w14:paraId="78EA8830" w14:textId="77777777" w:rsidR="00B92686" w:rsidRDefault="00B53192">
            <w:r>
              <w:t>☐ Այո  ☐ Ոչ</w:t>
            </w:r>
          </w:p>
        </w:tc>
      </w:tr>
      <w:tr w:rsidR="00B92686" w14:paraId="403E8502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0108A66A" w14:textId="77777777" w:rsidR="00B92686" w:rsidRDefault="00B53192">
            <w:r>
              <w:t>22</w:t>
            </w:r>
          </w:p>
        </w:tc>
        <w:tc>
          <w:tcPr>
            <w:tcW w:w="3085" w:type="dxa"/>
            <w:vAlign w:val="center"/>
          </w:tcPr>
          <w:p w14:paraId="43E4D5AC" w14:textId="77777777" w:rsidR="00B92686" w:rsidRDefault="00B53192">
            <w:r>
              <w:t>Թմբուկի մաքրում</w:t>
            </w:r>
          </w:p>
        </w:tc>
        <w:tc>
          <w:tcPr>
            <w:tcW w:w="4543" w:type="dxa"/>
            <w:vAlign w:val="center"/>
          </w:tcPr>
          <w:p w14:paraId="3CE604EC" w14:textId="77777777" w:rsidR="00B92686" w:rsidRDefault="00B53192">
            <w:r>
              <w:t>Drum Clean / Machine Clean կամ արտադրողի համարժեք ինքնամաքրման ծրագիր</w:t>
            </w:r>
          </w:p>
        </w:tc>
        <w:tc>
          <w:tcPr>
            <w:tcW w:w="3063" w:type="dxa"/>
            <w:vAlign w:val="center"/>
          </w:tcPr>
          <w:p w14:paraId="5F57A414" w14:textId="77777777" w:rsidR="00B92686" w:rsidRDefault="00B53192">
            <w:r>
              <w:t>☐ Այո  ☐ Ոչ</w:t>
            </w:r>
          </w:p>
        </w:tc>
      </w:tr>
      <w:tr w:rsidR="00B92686" w14:paraId="6A0E2A27" w14:textId="77777777" w:rsidTr="00C4517C">
        <w:trPr>
          <w:trHeight w:val="537"/>
          <w:jc w:val="center"/>
        </w:trPr>
        <w:tc>
          <w:tcPr>
            <w:tcW w:w="484" w:type="dxa"/>
            <w:vAlign w:val="center"/>
          </w:tcPr>
          <w:p w14:paraId="39816D3A" w14:textId="77777777" w:rsidR="00B92686" w:rsidRDefault="00B53192">
            <w:r>
              <w:t>23</w:t>
            </w:r>
          </w:p>
        </w:tc>
        <w:tc>
          <w:tcPr>
            <w:tcW w:w="3085" w:type="dxa"/>
            <w:vAlign w:val="center"/>
          </w:tcPr>
          <w:p w14:paraId="35481932" w14:textId="77777777" w:rsidR="00B92686" w:rsidRDefault="00B53192">
            <w:r>
              <w:t>Դուռ</w:t>
            </w:r>
          </w:p>
        </w:tc>
        <w:tc>
          <w:tcPr>
            <w:tcW w:w="4543" w:type="dxa"/>
            <w:vAlign w:val="center"/>
          </w:tcPr>
          <w:p w14:paraId="29FB65D0" w14:textId="77777777" w:rsidR="00B92686" w:rsidRDefault="00B53192">
            <w:r>
              <w:t>Լայն բացվող առջևի դուռ՝ հարմարավետ բեռնման/բեռնաթափման համար</w:t>
            </w:r>
          </w:p>
        </w:tc>
        <w:tc>
          <w:tcPr>
            <w:tcW w:w="3063" w:type="dxa"/>
            <w:vAlign w:val="center"/>
          </w:tcPr>
          <w:p w14:paraId="2C7D9D74" w14:textId="77777777" w:rsidR="00B92686" w:rsidRDefault="00B53192">
            <w:r>
              <w:t>________________________</w:t>
            </w:r>
          </w:p>
        </w:tc>
      </w:tr>
      <w:tr w:rsidR="00B92686" w14:paraId="65D294DE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3C741128" w14:textId="77777777" w:rsidR="00B92686" w:rsidRDefault="00B53192">
            <w:r>
              <w:t>24</w:t>
            </w:r>
          </w:p>
        </w:tc>
        <w:tc>
          <w:tcPr>
            <w:tcW w:w="3085" w:type="dxa"/>
            <w:vAlign w:val="center"/>
          </w:tcPr>
          <w:p w14:paraId="4BC2F017" w14:textId="77777777" w:rsidR="00B92686" w:rsidRDefault="00B53192">
            <w:r>
              <w:t>Աղմուկ</w:t>
            </w:r>
          </w:p>
        </w:tc>
        <w:tc>
          <w:tcPr>
            <w:tcW w:w="4543" w:type="dxa"/>
            <w:vAlign w:val="center"/>
          </w:tcPr>
          <w:p w14:paraId="108183EA" w14:textId="77777777" w:rsidR="00B92686" w:rsidRDefault="00B53192">
            <w:r>
              <w:t>Լվացման ժամանակ՝ առավելագույնը 55 dB(A), քամման ժամանակ՝ առավելագույնը 75 dB(A)</w:t>
            </w:r>
          </w:p>
        </w:tc>
        <w:tc>
          <w:tcPr>
            <w:tcW w:w="3063" w:type="dxa"/>
            <w:vAlign w:val="center"/>
          </w:tcPr>
          <w:p w14:paraId="53AE6E84" w14:textId="77777777" w:rsidR="00B92686" w:rsidRDefault="00B53192">
            <w:r>
              <w:t>Լվ. ____ dB / Քամ. ____ dB</w:t>
            </w:r>
          </w:p>
        </w:tc>
      </w:tr>
      <w:tr w:rsidR="00B92686" w14:paraId="78315E95" w14:textId="77777777" w:rsidTr="00C4517C">
        <w:trPr>
          <w:trHeight w:val="267"/>
          <w:jc w:val="center"/>
        </w:trPr>
        <w:tc>
          <w:tcPr>
            <w:tcW w:w="484" w:type="dxa"/>
            <w:vAlign w:val="center"/>
          </w:tcPr>
          <w:p w14:paraId="5AA5FD76" w14:textId="77777777" w:rsidR="00B92686" w:rsidRDefault="00B53192">
            <w:r>
              <w:t>25</w:t>
            </w:r>
          </w:p>
        </w:tc>
        <w:tc>
          <w:tcPr>
            <w:tcW w:w="3085" w:type="dxa"/>
            <w:vAlign w:val="center"/>
          </w:tcPr>
          <w:p w14:paraId="2CF97887" w14:textId="77777777" w:rsidR="00B92686" w:rsidRDefault="00B53192">
            <w:r>
              <w:t>Էլեկտրամատակարարում</w:t>
            </w:r>
          </w:p>
        </w:tc>
        <w:tc>
          <w:tcPr>
            <w:tcW w:w="4543" w:type="dxa"/>
            <w:vAlign w:val="center"/>
          </w:tcPr>
          <w:p w14:paraId="799192A7" w14:textId="77777777" w:rsidR="00B92686" w:rsidRDefault="00B53192">
            <w:r>
              <w:t>220–240 V, 50 Hz</w:t>
            </w:r>
          </w:p>
        </w:tc>
        <w:tc>
          <w:tcPr>
            <w:tcW w:w="3063" w:type="dxa"/>
            <w:vAlign w:val="center"/>
          </w:tcPr>
          <w:p w14:paraId="60B41909" w14:textId="6D4A5C43" w:rsidR="00B92686" w:rsidRDefault="00B92686"/>
        </w:tc>
      </w:tr>
      <w:tr w:rsidR="00B92686" w14:paraId="51674F43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1906850C" w14:textId="77777777" w:rsidR="00B92686" w:rsidRDefault="00B53192">
            <w:r>
              <w:t>26</w:t>
            </w:r>
          </w:p>
        </w:tc>
        <w:tc>
          <w:tcPr>
            <w:tcW w:w="3085" w:type="dxa"/>
            <w:vAlign w:val="center"/>
          </w:tcPr>
          <w:p w14:paraId="2A2AEE35" w14:textId="77777777" w:rsidR="00B92686" w:rsidRDefault="00B53192">
            <w:r>
              <w:t>Ջրի սպառում</w:t>
            </w:r>
          </w:p>
        </w:tc>
        <w:tc>
          <w:tcPr>
            <w:tcW w:w="4543" w:type="dxa"/>
            <w:vAlign w:val="center"/>
          </w:tcPr>
          <w:p w14:paraId="4C0140B8" w14:textId="77777777" w:rsidR="00B92686" w:rsidRDefault="00B53192">
            <w:r>
              <w:t>Մասնակիցը պետք է նշի արտադրողի պաշտոնական տվյալով ջրի սպառումը մեկ ստանդարտ ցիկլի համար</w:t>
            </w:r>
          </w:p>
        </w:tc>
        <w:tc>
          <w:tcPr>
            <w:tcW w:w="3063" w:type="dxa"/>
            <w:vAlign w:val="center"/>
          </w:tcPr>
          <w:p w14:paraId="671CA809" w14:textId="77777777" w:rsidR="00B92686" w:rsidRDefault="00B53192">
            <w:r>
              <w:t>________ լ/ցիկլ</w:t>
            </w:r>
          </w:p>
        </w:tc>
      </w:tr>
      <w:tr w:rsidR="00B92686" w14:paraId="65D56BA1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0358B00F" w14:textId="77777777" w:rsidR="00B92686" w:rsidRDefault="00B53192">
            <w:r>
              <w:t>27</w:t>
            </w:r>
          </w:p>
        </w:tc>
        <w:tc>
          <w:tcPr>
            <w:tcW w:w="3085" w:type="dxa"/>
            <w:vAlign w:val="center"/>
          </w:tcPr>
          <w:p w14:paraId="7C66E671" w14:textId="77777777" w:rsidR="00B92686" w:rsidRDefault="00B53192">
            <w:r>
              <w:t>Չափսեր</w:t>
            </w:r>
          </w:p>
        </w:tc>
        <w:tc>
          <w:tcPr>
            <w:tcW w:w="4543" w:type="dxa"/>
            <w:vAlign w:val="center"/>
          </w:tcPr>
          <w:p w14:paraId="12A389B2" w14:textId="77777777" w:rsidR="00B92686" w:rsidRDefault="00B53192">
            <w:r>
              <w:t>Մասնակիցը պարտադիր նշում է բարձրությունը × լայնությունը × խորությունը</w:t>
            </w:r>
          </w:p>
        </w:tc>
        <w:tc>
          <w:tcPr>
            <w:tcW w:w="3063" w:type="dxa"/>
            <w:vAlign w:val="center"/>
          </w:tcPr>
          <w:p w14:paraId="26E622E5" w14:textId="77777777" w:rsidR="00B92686" w:rsidRDefault="00B53192">
            <w:r>
              <w:t>________ × ________ × ________ սմ</w:t>
            </w:r>
          </w:p>
        </w:tc>
      </w:tr>
      <w:tr w:rsidR="00B92686" w14:paraId="05BF6422" w14:textId="77777777" w:rsidTr="00C4517C">
        <w:trPr>
          <w:trHeight w:val="537"/>
          <w:jc w:val="center"/>
        </w:trPr>
        <w:tc>
          <w:tcPr>
            <w:tcW w:w="484" w:type="dxa"/>
            <w:vAlign w:val="center"/>
          </w:tcPr>
          <w:p w14:paraId="478EE16B" w14:textId="77777777" w:rsidR="00B92686" w:rsidRDefault="00B53192">
            <w:r>
              <w:t>28</w:t>
            </w:r>
          </w:p>
        </w:tc>
        <w:tc>
          <w:tcPr>
            <w:tcW w:w="3085" w:type="dxa"/>
            <w:vAlign w:val="center"/>
          </w:tcPr>
          <w:p w14:paraId="4F6AAF38" w14:textId="77777777" w:rsidR="00B92686" w:rsidRDefault="00B53192">
            <w:r>
              <w:t>Քաշ</w:t>
            </w:r>
          </w:p>
        </w:tc>
        <w:tc>
          <w:tcPr>
            <w:tcW w:w="4543" w:type="dxa"/>
            <w:vAlign w:val="center"/>
          </w:tcPr>
          <w:p w14:paraId="4AD0E005" w14:textId="77777777" w:rsidR="00B92686" w:rsidRDefault="00B53192">
            <w:r>
              <w:t>Մասնակիցը պարտադիր նշում է սարքի զուտ քաշը</w:t>
            </w:r>
          </w:p>
        </w:tc>
        <w:tc>
          <w:tcPr>
            <w:tcW w:w="3063" w:type="dxa"/>
            <w:vAlign w:val="center"/>
          </w:tcPr>
          <w:p w14:paraId="4A2EF024" w14:textId="77777777" w:rsidR="00B92686" w:rsidRDefault="00B53192">
            <w:r>
              <w:t>________ կգ</w:t>
            </w:r>
          </w:p>
        </w:tc>
      </w:tr>
      <w:tr w:rsidR="00B92686" w14:paraId="1A3E960A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1A7111AB" w14:textId="77777777" w:rsidR="00B92686" w:rsidRDefault="00B53192">
            <w:r>
              <w:t>29</w:t>
            </w:r>
          </w:p>
        </w:tc>
        <w:tc>
          <w:tcPr>
            <w:tcW w:w="3085" w:type="dxa"/>
            <w:vAlign w:val="center"/>
          </w:tcPr>
          <w:p w14:paraId="7EBF9220" w14:textId="77777777" w:rsidR="00B92686" w:rsidRDefault="00B53192">
            <w:r>
              <w:t>Արտադրության տարեթիվ</w:t>
            </w:r>
          </w:p>
        </w:tc>
        <w:tc>
          <w:tcPr>
            <w:tcW w:w="4543" w:type="dxa"/>
            <w:vAlign w:val="center"/>
          </w:tcPr>
          <w:p w14:paraId="1655E0FF" w14:textId="77777777" w:rsidR="00B92686" w:rsidRDefault="00B53192">
            <w:r>
              <w:t>Առաքման պահին՝ նոր ընթացիկ արտադրության մոդել; նշել արտադրության ամիս/տարի</w:t>
            </w:r>
          </w:p>
        </w:tc>
        <w:tc>
          <w:tcPr>
            <w:tcW w:w="3063" w:type="dxa"/>
            <w:vAlign w:val="center"/>
          </w:tcPr>
          <w:p w14:paraId="77A5446A" w14:textId="77777777" w:rsidR="00B92686" w:rsidRDefault="00B53192">
            <w:r>
              <w:t>________________________</w:t>
            </w:r>
          </w:p>
        </w:tc>
      </w:tr>
      <w:tr w:rsidR="00B92686" w14:paraId="23E54BDC" w14:textId="77777777" w:rsidTr="00C4517C">
        <w:trPr>
          <w:trHeight w:val="552"/>
          <w:jc w:val="center"/>
        </w:trPr>
        <w:tc>
          <w:tcPr>
            <w:tcW w:w="484" w:type="dxa"/>
            <w:vAlign w:val="center"/>
          </w:tcPr>
          <w:p w14:paraId="6E0EB71A" w14:textId="77777777" w:rsidR="00B92686" w:rsidRDefault="00B53192">
            <w:r>
              <w:t>30</w:t>
            </w:r>
          </w:p>
        </w:tc>
        <w:tc>
          <w:tcPr>
            <w:tcW w:w="3085" w:type="dxa"/>
            <w:vAlign w:val="center"/>
          </w:tcPr>
          <w:p w14:paraId="4593467F" w14:textId="77777777" w:rsidR="00B92686" w:rsidRDefault="00B53192">
            <w:r>
              <w:t>Երաշխիք</w:t>
            </w:r>
          </w:p>
        </w:tc>
        <w:tc>
          <w:tcPr>
            <w:tcW w:w="4543" w:type="dxa"/>
            <w:vAlign w:val="center"/>
          </w:tcPr>
          <w:p w14:paraId="3E045F43" w14:textId="77777777" w:rsidR="00B92686" w:rsidRDefault="00B53192">
            <w:r>
              <w:t>Ամբողջ սարքի համար՝ նվազագույնը 24 ամիս</w:t>
            </w:r>
          </w:p>
        </w:tc>
        <w:tc>
          <w:tcPr>
            <w:tcW w:w="3063" w:type="dxa"/>
            <w:vAlign w:val="center"/>
          </w:tcPr>
          <w:p w14:paraId="48C7611C" w14:textId="77777777" w:rsidR="00B92686" w:rsidRDefault="00B53192">
            <w:r>
              <w:t>________ ամիս</w:t>
            </w:r>
          </w:p>
        </w:tc>
      </w:tr>
      <w:tr w:rsidR="00B92686" w14:paraId="1C76AF4E" w14:textId="77777777" w:rsidTr="00C4517C">
        <w:trPr>
          <w:trHeight w:val="821"/>
          <w:jc w:val="center"/>
        </w:trPr>
        <w:tc>
          <w:tcPr>
            <w:tcW w:w="484" w:type="dxa"/>
            <w:vAlign w:val="center"/>
          </w:tcPr>
          <w:p w14:paraId="2E9C04D9" w14:textId="77777777" w:rsidR="00B92686" w:rsidRDefault="00B53192">
            <w:r>
              <w:t>31</w:t>
            </w:r>
          </w:p>
        </w:tc>
        <w:tc>
          <w:tcPr>
            <w:tcW w:w="3085" w:type="dxa"/>
            <w:vAlign w:val="center"/>
          </w:tcPr>
          <w:p w14:paraId="3272CF13" w14:textId="77777777" w:rsidR="00B92686" w:rsidRDefault="00B53192">
            <w:r>
              <w:t>ՀՀ-ում սպասարկում</w:t>
            </w:r>
          </w:p>
        </w:tc>
        <w:tc>
          <w:tcPr>
            <w:tcW w:w="4543" w:type="dxa"/>
            <w:vAlign w:val="center"/>
          </w:tcPr>
          <w:p w14:paraId="797EE85C" w14:textId="77777777" w:rsidR="00B92686" w:rsidRDefault="00B53192">
            <w:r>
              <w:t>ՀՀ-ում երաշխիքային սպասարկման և վերանորոգման հասանելիություն, կոնտակտային տվյալներով</w:t>
            </w:r>
          </w:p>
        </w:tc>
        <w:tc>
          <w:tcPr>
            <w:tcW w:w="3063" w:type="dxa"/>
            <w:vAlign w:val="center"/>
          </w:tcPr>
          <w:p w14:paraId="14A5172C" w14:textId="77777777" w:rsidR="00B92686" w:rsidRDefault="00B53192">
            <w:r>
              <w:t>________________________</w:t>
            </w:r>
          </w:p>
        </w:tc>
      </w:tr>
      <w:tr w:rsidR="00B92686" w14:paraId="52C98F35" w14:textId="77777777" w:rsidTr="00C4517C">
        <w:trPr>
          <w:trHeight w:val="1090"/>
          <w:jc w:val="center"/>
        </w:trPr>
        <w:tc>
          <w:tcPr>
            <w:tcW w:w="484" w:type="dxa"/>
            <w:vAlign w:val="center"/>
          </w:tcPr>
          <w:p w14:paraId="102FFF48" w14:textId="77777777" w:rsidR="00B92686" w:rsidRDefault="00B53192">
            <w:r>
              <w:t>32</w:t>
            </w:r>
          </w:p>
        </w:tc>
        <w:tc>
          <w:tcPr>
            <w:tcW w:w="3085" w:type="dxa"/>
            <w:vAlign w:val="center"/>
          </w:tcPr>
          <w:p w14:paraId="1C612C9F" w14:textId="77777777" w:rsidR="00B92686" w:rsidRDefault="00B53192">
            <w:r>
              <w:t>Պահեստամասեր</w:t>
            </w:r>
          </w:p>
        </w:tc>
        <w:tc>
          <w:tcPr>
            <w:tcW w:w="4543" w:type="dxa"/>
            <w:vAlign w:val="center"/>
          </w:tcPr>
          <w:p w14:paraId="56F9A3D5" w14:textId="77777777" w:rsidR="00B92686" w:rsidRDefault="00B53192">
            <w:r>
              <w:t>Մասնակիցը նշում է արտադրողի/սպասարկման կենտրոնի կողմից պահեստամասերի հասանելիության նախատեսվող ժամկետը</w:t>
            </w:r>
          </w:p>
        </w:tc>
        <w:tc>
          <w:tcPr>
            <w:tcW w:w="3063" w:type="dxa"/>
            <w:vAlign w:val="center"/>
          </w:tcPr>
          <w:p w14:paraId="420EF493" w14:textId="77777777" w:rsidR="00B92686" w:rsidRDefault="00B53192">
            <w:r>
              <w:t>________ տարի</w:t>
            </w:r>
          </w:p>
        </w:tc>
      </w:tr>
      <w:tr w:rsidR="00B92686" w14:paraId="6B0A99F5" w14:textId="77777777" w:rsidTr="00C4517C">
        <w:trPr>
          <w:trHeight w:val="1373"/>
          <w:jc w:val="center"/>
        </w:trPr>
        <w:tc>
          <w:tcPr>
            <w:tcW w:w="484" w:type="dxa"/>
            <w:vAlign w:val="center"/>
          </w:tcPr>
          <w:p w14:paraId="1987BBFF" w14:textId="77777777" w:rsidR="00B92686" w:rsidRDefault="00B53192">
            <w:r>
              <w:t>33</w:t>
            </w:r>
          </w:p>
        </w:tc>
        <w:tc>
          <w:tcPr>
            <w:tcW w:w="3085" w:type="dxa"/>
            <w:vAlign w:val="center"/>
          </w:tcPr>
          <w:p w14:paraId="0743F404" w14:textId="77777777" w:rsidR="00B92686" w:rsidRDefault="00B53192">
            <w:r>
              <w:t>Փաստաթղթեր</w:t>
            </w:r>
          </w:p>
        </w:tc>
        <w:tc>
          <w:tcPr>
            <w:tcW w:w="4543" w:type="dxa"/>
            <w:vAlign w:val="center"/>
          </w:tcPr>
          <w:p w14:paraId="54F4F0C7" w14:textId="77777777" w:rsidR="00B92686" w:rsidRDefault="00B53192">
            <w:r>
              <w:t>Արտադրողի տեխնիկական տվյալների թերթիկ/կատալոգ + գործող էներգապիտակ + կիրառելի համապատասխանության/անվտանգության փաստաթղթեր</w:t>
            </w:r>
          </w:p>
        </w:tc>
        <w:tc>
          <w:tcPr>
            <w:tcW w:w="3063" w:type="dxa"/>
            <w:vAlign w:val="center"/>
          </w:tcPr>
          <w:p w14:paraId="53C5EC64" w14:textId="77777777" w:rsidR="00B92686" w:rsidRDefault="00B53192">
            <w:r>
              <w:t>☐ Կցված է  ☐ Չի կցվել</w:t>
            </w:r>
          </w:p>
        </w:tc>
      </w:tr>
      <w:tr w:rsidR="00B92686" w14:paraId="6DDAA97C" w14:textId="77777777" w:rsidTr="00C4517C">
        <w:trPr>
          <w:trHeight w:val="805"/>
          <w:jc w:val="center"/>
        </w:trPr>
        <w:tc>
          <w:tcPr>
            <w:tcW w:w="484" w:type="dxa"/>
            <w:vAlign w:val="center"/>
          </w:tcPr>
          <w:p w14:paraId="10C13FD9" w14:textId="77777777" w:rsidR="00B92686" w:rsidRDefault="00B53192">
            <w:r>
              <w:t>34</w:t>
            </w:r>
          </w:p>
        </w:tc>
        <w:tc>
          <w:tcPr>
            <w:tcW w:w="3085" w:type="dxa"/>
            <w:vAlign w:val="center"/>
          </w:tcPr>
          <w:p w14:paraId="60BB146A" w14:textId="77777777" w:rsidR="00B92686" w:rsidRDefault="00B53192">
            <w:r>
              <w:t>Առաքում և գործարկում</w:t>
            </w:r>
          </w:p>
        </w:tc>
        <w:tc>
          <w:tcPr>
            <w:tcW w:w="4543" w:type="dxa"/>
            <w:vAlign w:val="center"/>
          </w:tcPr>
          <w:p w14:paraId="040B0346" w14:textId="77777777" w:rsidR="00B92686" w:rsidRDefault="00B53192">
            <w:r>
              <w:t>Առաքում, տեղադրում, հարթեցում և փորձնական գործարկում՝ մատակարարի կողմից</w:t>
            </w:r>
          </w:p>
        </w:tc>
        <w:tc>
          <w:tcPr>
            <w:tcW w:w="3063" w:type="dxa"/>
            <w:vAlign w:val="center"/>
          </w:tcPr>
          <w:p w14:paraId="358942F6" w14:textId="77777777" w:rsidR="00B92686" w:rsidRDefault="00B53192">
            <w:r>
              <w:t>☐ Այո  ☐ Ոչ</w:t>
            </w:r>
          </w:p>
        </w:tc>
      </w:tr>
      <w:tr w:rsidR="00AC287F" w:rsidRPr="00AC287F" w14:paraId="131607E1" w14:textId="77777777" w:rsidTr="00C4517C">
        <w:trPr>
          <w:trHeight w:val="805"/>
          <w:jc w:val="center"/>
        </w:trPr>
        <w:tc>
          <w:tcPr>
            <w:tcW w:w="484" w:type="dxa"/>
            <w:vAlign w:val="center"/>
          </w:tcPr>
          <w:p w14:paraId="119A00F7" w14:textId="57810B32" w:rsidR="00AC287F" w:rsidRPr="00AC287F" w:rsidRDefault="00AC287F">
            <w:pPr>
              <w:rPr>
                <w:lang w:val="hy-AM"/>
              </w:rPr>
            </w:pPr>
            <w:r>
              <w:rPr>
                <w:lang w:val="hy-AM"/>
              </w:rPr>
              <w:t>35</w:t>
            </w:r>
          </w:p>
        </w:tc>
        <w:tc>
          <w:tcPr>
            <w:tcW w:w="3085" w:type="dxa"/>
            <w:vAlign w:val="center"/>
          </w:tcPr>
          <w:p w14:paraId="5C23C31E" w14:textId="2694AB0C" w:rsidR="00AC287F" w:rsidRPr="00AC287F" w:rsidRDefault="00AC287F">
            <w:pPr>
              <w:rPr>
                <w:lang w:val="hy-AM"/>
              </w:rPr>
            </w:pPr>
            <w:r>
              <w:rPr>
                <w:lang w:val="hy-AM"/>
              </w:rPr>
              <w:t xml:space="preserve">Արտադրման երկիր </w:t>
            </w:r>
          </w:p>
        </w:tc>
        <w:tc>
          <w:tcPr>
            <w:tcW w:w="4543" w:type="dxa"/>
            <w:vAlign w:val="center"/>
          </w:tcPr>
          <w:p w14:paraId="6301495C" w14:textId="61E6BD35" w:rsidR="00AC287F" w:rsidRPr="00AC287F" w:rsidRDefault="00AC287F">
            <w:pPr>
              <w:rPr>
                <w:lang w:val="hy-AM"/>
              </w:rPr>
            </w:pPr>
            <w:r w:rsidRPr="00AC287F">
              <w:rPr>
                <w:lang w:val="hy-AM"/>
              </w:rPr>
              <w:t>Մասնակիցը պետք է նշ</w:t>
            </w:r>
            <w:r>
              <w:rPr>
                <w:lang w:val="hy-AM"/>
              </w:rPr>
              <w:t xml:space="preserve">ի </w:t>
            </w:r>
            <w:r w:rsidRPr="00AC287F">
              <w:rPr>
                <w:lang w:val="hy-AM"/>
              </w:rPr>
              <w:t>Սարքի հավաքման երկիր</w:t>
            </w:r>
            <w:r>
              <w:rPr>
                <w:lang w:val="hy-AM"/>
              </w:rPr>
              <w:t xml:space="preserve"> </w:t>
            </w:r>
          </w:p>
        </w:tc>
        <w:tc>
          <w:tcPr>
            <w:tcW w:w="3063" w:type="dxa"/>
            <w:vAlign w:val="center"/>
          </w:tcPr>
          <w:p w14:paraId="43684B1A" w14:textId="1DE0B6C3" w:rsidR="00AC287F" w:rsidRPr="00AC287F" w:rsidRDefault="00AC287F">
            <w:pPr>
              <w:rPr>
                <w:lang w:val="hy-AM"/>
              </w:rPr>
            </w:pPr>
            <w:r>
              <w:t>________________________</w:t>
            </w:r>
          </w:p>
        </w:tc>
      </w:tr>
    </w:tbl>
    <w:p w14:paraId="78A4FD3E" w14:textId="77777777" w:rsidR="00B92686" w:rsidRPr="00AC287F" w:rsidRDefault="00B92686">
      <w:pPr>
        <w:rPr>
          <w:lang w:val="hy-AM"/>
        </w:rPr>
      </w:pPr>
    </w:p>
    <w:p w14:paraId="5C980403" w14:textId="77777777" w:rsidR="00AC287F" w:rsidRDefault="00AC287F">
      <w:pPr>
        <w:rPr>
          <w:b/>
          <w:sz w:val="26"/>
        </w:rPr>
      </w:pPr>
    </w:p>
    <w:p w14:paraId="6C9435D2" w14:textId="50D027E9" w:rsidR="00B92686" w:rsidRDefault="00B53192">
      <w:r>
        <w:rPr>
          <w:b/>
          <w:sz w:val="26"/>
        </w:rPr>
        <w:lastRenderedPageBreak/>
        <w:t>3. Չորանոց – պահանջվող քանակ՝ 2 հատ</w:t>
      </w:r>
    </w:p>
    <w:p w14:paraId="0CE1B4B3" w14:textId="77777777" w:rsidR="00B92686" w:rsidRDefault="00B53192">
      <w:r>
        <w:rPr>
          <w:b/>
        </w:rPr>
        <w:t xml:space="preserve">Նշում. </w:t>
      </w:r>
      <w:r>
        <w:t>Պահանջվում է առանձին չորանոց, ոչ թե լվացք-չորացում համակցված սարք։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7"/>
        <w:gridCol w:w="2906"/>
        <w:gridCol w:w="4279"/>
        <w:gridCol w:w="2886"/>
      </w:tblGrid>
      <w:tr w:rsidR="00B92686" w14:paraId="0D415403" w14:textId="77777777" w:rsidTr="00AC287F">
        <w:trPr>
          <w:tblHeader/>
          <w:jc w:val="center"/>
        </w:trPr>
        <w:tc>
          <w:tcPr>
            <w:tcW w:w="457" w:type="dxa"/>
            <w:shd w:val="clear" w:color="auto" w:fill="D9EAF7"/>
            <w:vAlign w:val="center"/>
          </w:tcPr>
          <w:p w14:paraId="49DDF0CC" w14:textId="77777777" w:rsidR="00B92686" w:rsidRDefault="00B53192">
            <w:r>
              <w:t>№</w:t>
            </w:r>
          </w:p>
        </w:tc>
        <w:tc>
          <w:tcPr>
            <w:tcW w:w="2906" w:type="dxa"/>
            <w:shd w:val="clear" w:color="auto" w:fill="D9EAF7"/>
            <w:vAlign w:val="center"/>
          </w:tcPr>
          <w:p w14:paraId="626B9DAC" w14:textId="77777777" w:rsidR="00B92686" w:rsidRDefault="00B53192">
            <w:r>
              <w:t>Տեխնիկական բնութագիր / պահանջ</w:t>
            </w:r>
          </w:p>
        </w:tc>
        <w:tc>
          <w:tcPr>
            <w:tcW w:w="4279" w:type="dxa"/>
            <w:shd w:val="clear" w:color="auto" w:fill="D9EAF7"/>
            <w:vAlign w:val="center"/>
          </w:tcPr>
          <w:p w14:paraId="558CA7F9" w14:textId="77777777" w:rsidR="00B92686" w:rsidRDefault="00B53192">
            <w:r>
              <w:t>Պահանջվող նվազագույն բնութագիր</w:t>
            </w:r>
          </w:p>
        </w:tc>
        <w:tc>
          <w:tcPr>
            <w:tcW w:w="2886" w:type="dxa"/>
            <w:shd w:val="clear" w:color="auto" w:fill="D9EAF7"/>
            <w:vAlign w:val="center"/>
          </w:tcPr>
          <w:p w14:paraId="1014E928" w14:textId="77777777" w:rsidR="00B92686" w:rsidRDefault="00B53192">
            <w:r>
              <w:t>Մասնակցի կողմից լրացվում է</w:t>
            </w:r>
          </w:p>
        </w:tc>
      </w:tr>
      <w:tr w:rsidR="00B92686" w14:paraId="742085AC" w14:textId="77777777" w:rsidTr="00AC287F">
        <w:trPr>
          <w:jc w:val="center"/>
        </w:trPr>
        <w:tc>
          <w:tcPr>
            <w:tcW w:w="457" w:type="dxa"/>
            <w:vAlign w:val="center"/>
          </w:tcPr>
          <w:p w14:paraId="1E40BE93" w14:textId="77777777" w:rsidR="00B92686" w:rsidRDefault="00B53192">
            <w:r>
              <w:t>1</w:t>
            </w:r>
          </w:p>
        </w:tc>
        <w:tc>
          <w:tcPr>
            <w:tcW w:w="2906" w:type="dxa"/>
            <w:vAlign w:val="center"/>
          </w:tcPr>
          <w:p w14:paraId="34DBCBD2" w14:textId="77777777" w:rsidR="00B92686" w:rsidRDefault="00B53192">
            <w:r>
              <w:t>Մոդել</w:t>
            </w:r>
          </w:p>
        </w:tc>
        <w:tc>
          <w:tcPr>
            <w:tcW w:w="4279" w:type="dxa"/>
            <w:vAlign w:val="center"/>
          </w:tcPr>
          <w:p w14:paraId="6F26F687" w14:textId="77777777" w:rsidR="00B92686" w:rsidRDefault="00B53192">
            <w:r>
              <w:t>Կոնկրետ արտադրող, ապրանքանիշ և մոդել՝ ամբողջական անվանումով և Model No.-ով</w:t>
            </w:r>
          </w:p>
        </w:tc>
        <w:tc>
          <w:tcPr>
            <w:tcW w:w="2886" w:type="dxa"/>
            <w:vAlign w:val="center"/>
          </w:tcPr>
          <w:p w14:paraId="44CC7E92" w14:textId="77777777" w:rsidR="00B92686" w:rsidRDefault="00B53192">
            <w:r>
              <w:t>________________________</w:t>
            </w:r>
          </w:p>
        </w:tc>
      </w:tr>
      <w:tr w:rsidR="00B92686" w14:paraId="182FDBBA" w14:textId="77777777" w:rsidTr="00AC287F">
        <w:trPr>
          <w:trHeight w:val="445"/>
          <w:jc w:val="center"/>
        </w:trPr>
        <w:tc>
          <w:tcPr>
            <w:tcW w:w="457" w:type="dxa"/>
            <w:vAlign w:val="center"/>
          </w:tcPr>
          <w:p w14:paraId="1EB50123" w14:textId="77777777" w:rsidR="00B92686" w:rsidRDefault="00B53192">
            <w:r>
              <w:t>2</w:t>
            </w:r>
          </w:p>
        </w:tc>
        <w:tc>
          <w:tcPr>
            <w:tcW w:w="2906" w:type="dxa"/>
            <w:vAlign w:val="center"/>
          </w:tcPr>
          <w:p w14:paraId="20F953B0" w14:textId="77777777" w:rsidR="00B92686" w:rsidRDefault="00B53192">
            <w:r>
              <w:t>Տարողություն</w:t>
            </w:r>
          </w:p>
        </w:tc>
        <w:tc>
          <w:tcPr>
            <w:tcW w:w="4279" w:type="dxa"/>
            <w:vAlign w:val="center"/>
          </w:tcPr>
          <w:p w14:paraId="180C54B7" w14:textId="77777777" w:rsidR="00B92686" w:rsidRDefault="00B53192">
            <w:r>
              <w:t>Նվազագույնը 9 կգ</w:t>
            </w:r>
          </w:p>
        </w:tc>
        <w:tc>
          <w:tcPr>
            <w:tcW w:w="2886" w:type="dxa"/>
            <w:vAlign w:val="center"/>
          </w:tcPr>
          <w:p w14:paraId="2C1AB8CA" w14:textId="77777777" w:rsidR="00B92686" w:rsidRDefault="00B53192">
            <w:r>
              <w:t>________ կգ</w:t>
            </w:r>
          </w:p>
        </w:tc>
      </w:tr>
      <w:tr w:rsidR="00B92686" w14:paraId="0F029A0B" w14:textId="77777777" w:rsidTr="00AC287F">
        <w:trPr>
          <w:trHeight w:val="553"/>
          <w:jc w:val="center"/>
        </w:trPr>
        <w:tc>
          <w:tcPr>
            <w:tcW w:w="457" w:type="dxa"/>
            <w:vAlign w:val="center"/>
          </w:tcPr>
          <w:p w14:paraId="7F0D26D7" w14:textId="77777777" w:rsidR="00B92686" w:rsidRDefault="00B53192">
            <w:r>
              <w:t>3</w:t>
            </w:r>
          </w:p>
        </w:tc>
        <w:tc>
          <w:tcPr>
            <w:tcW w:w="2906" w:type="dxa"/>
            <w:vAlign w:val="center"/>
          </w:tcPr>
          <w:p w14:paraId="3697EFC1" w14:textId="77777777" w:rsidR="00B92686" w:rsidRDefault="00B53192">
            <w:r>
              <w:t>Տեսակ</w:t>
            </w:r>
          </w:p>
        </w:tc>
        <w:tc>
          <w:tcPr>
            <w:tcW w:w="4279" w:type="dxa"/>
            <w:vAlign w:val="center"/>
          </w:tcPr>
          <w:p w14:paraId="7DD59D72" w14:textId="77777777" w:rsidR="00B92686" w:rsidRDefault="00B53192">
            <w:r>
              <w:t>Առանձին ավտոմատ չորանոց՝ Heat Pump (ջերմային պոմպ) տեխնոլոգիայով</w:t>
            </w:r>
          </w:p>
        </w:tc>
        <w:tc>
          <w:tcPr>
            <w:tcW w:w="2886" w:type="dxa"/>
            <w:vAlign w:val="center"/>
          </w:tcPr>
          <w:p w14:paraId="0706128F" w14:textId="77777777" w:rsidR="00B92686" w:rsidRDefault="00B53192">
            <w:r>
              <w:t>________________________</w:t>
            </w:r>
          </w:p>
        </w:tc>
      </w:tr>
      <w:tr w:rsidR="00B92686" w14:paraId="3B687C83" w14:textId="77777777" w:rsidTr="00AC287F">
        <w:trPr>
          <w:jc w:val="center"/>
        </w:trPr>
        <w:tc>
          <w:tcPr>
            <w:tcW w:w="457" w:type="dxa"/>
            <w:vAlign w:val="center"/>
          </w:tcPr>
          <w:p w14:paraId="71DC6445" w14:textId="77777777" w:rsidR="00B92686" w:rsidRDefault="00B53192">
            <w:r>
              <w:t>4</w:t>
            </w:r>
          </w:p>
        </w:tc>
        <w:tc>
          <w:tcPr>
            <w:tcW w:w="2906" w:type="dxa"/>
            <w:vAlign w:val="center"/>
          </w:tcPr>
          <w:p w14:paraId="2EFFA7D3" w14:textId="77777777" w:rsidR="00B92686" w:rsidRDefault="00B53192">
            <w:r>
              <w:t>Կորպուս</w:t>
            </w:r>
          </w:p>
        </w:tc>
        <w:tc>
          <w:tcPr>
            <w:tcW w:w="4279" w:type="dxa"/>
            <w:vAlign w:val="center"/>
          </w:tcPr>
          <w:p w14:paraId="20D60DC4" w14:textId="77777777" w:rsidR="00B92686" w:rsidRDefault="00B53192">
            <w:r>
              <w:t>Մետաղական/պողպատե կորպուս՝ արտադրողի նախատեսած պաշտպանությամբ</w:t>
            </w:r>
          </w:p>
        </w:tc>
        <w:tc>
          <w:tcPr>
            <w:tcW w:w="2886" w:type="dxa"/>
            <w:vAlign w:val="center"/>
          </w:tcPr>
          <w:p w14:paraId="4EDACFF3" w14:textId="77777777" w:rsidR="00B92686" w:rsidRDefault="00B53192">
            <w:r>
              <w:t>☐ Այո  ☐ Ոչ</w:t>
            </w:r>
          </w:p>
        </w:tc>
      </w:tr>
      <w:tr w:rsidR="00B92686" w14:paraId="05B3150C" w14:textId="77777777" w:rsidTr="00AC287F">
        <w:trPr>
          <w:jc w:val="center"/>
        </w:trPr>
        <w:tc>
          <w:tcPr>
            <w:tcW w:w="457" w:type="dxa"/>
            <w:vAlign w:val="center"/>
          </w:tcPr>
          <w:p w14:paraId="327D8243" w14:textId="77777777" w:rsidR="00B92686" w:rsidRDefault="00B53192">
            <w:r>
              <w:t>5</w:t>
            </w:r>
          </w:p>
        </w:tc>
        <w:tc>
          <w:tcPr>
            <w:tcW w:w="2906" w:type="dxa"/>
            <w:vAlign w:val="center"/>
          </w:tcPr>
          <w:p w14:paraId="13FB018F" w14:textId="77777777" w:rsidR="00B92686" w:rsidRDefault="00B53192">
            <w:r>
              <w:t>Թմբուկ</w:t>
            </w:r>
          </w:p>
        </w:tc>
        <w:tc>
          <w:tcPr>
            <w:tcW w:w="4279" w:type="dxa"/>
            <w:vAlign w:val="center"/>
          </w:tcPr>
          <w:p w14:paraId="1F778DCA" w14:textId="77777777" w:rsidR="00B92686" w:rsidRDefault="00B53192">
            <w:r>
              <w:t>Չժանգոտվող կամ արտադրողի կողմից բարձր դիմացկուն համարժեք նյութից թմբուկ</w:t>
            </w:r>
          </w:p>
        </w:tc>
        <w:tc>
          <w:tcPr>
            <w:tcW w:w="2886" w:type="dxa"/>
            <w:vAlign w:val="center"/>
          </w:tcPr>
          <w:p w14:paraId="488732C2" w14:textId="77777777" w:rsidR="00B92686" w:rsidRDefault="00B53192">
            <w:r>
              <w:t>________________________</w:t>
            </w:r>
          </w:p>
        </w:tc>
      </w:tr>
      <w:tr w:rsidR="00B92686" w14:paraId="15D18875" w14:textId="77777777" w:rsidTr="00AC287F">
        <w:trPr>
          <w:jc w:val="center"/>
        </w:trPr>
        <w:tc>
          <w:tcPr>
            <w:tcW w:w="457" w:type="dxa"/>
            <w:vAlign w:val="center"/>
          </w:tcPr>
          <w:p w14:paraId="423B154C" w14:textId="77777777" w:rsidR="00B92686" w:rsidRDefault="00B53192">
            <w:r>
              <w:t>6</w:t>
            </w:r>
          </w:p>
        </w:tc>
        <w:tc>
          <w:tcPr>
            <w:tcW w:w="2906" w:type="dxa"/>
            <w:vAlign w:val="center"/>
          </w:tcPr>
          <w:p w14:paraId="6FACD754" w14:textId="77777777" w:rsidR="00B92686" w:rsidRDefault="00B53192">
            <w:r>
              <w:t>Շարժիչ</w:t>
            </w:r>
          </w:p>
        </w:tc>
        <w:tc>
          <w:tcPr>
            <w:tcW w:w="4279" w:type="dxa"/>
            <w:vAlign w:val="center"/>
          </w:tcPr>
          <w:p w14:paraId="54CD9FBC" w14:textId="77777777" w:rsidR="00B92686" w:rsidRDefault="00B53192">
            <w:r>
              <w:t>Ինվերտորային / brushless կամ համարժեք բարձր արդյունավետության շարժիչ</w:t>
            </w:r>
          </w:p>
        </w:tc>
        <w:tc>
          <w:tcPr>
            <w:tcW w:w="2886" w:type="dxa"/>
            <w:vAlign w:val="center"/>
          </w:tcPr>
          <w:p w14:paraId="6F75D0A0" w14:textId="77777777" w:rsidR="00B92686" w:rsidRDefault="00B53192">
            <w:r>
              <w:t>________________________</w:t>
            </w:r>
          </w:p>
        </w:tc>
      </w:tr>
      <w:tr w:rsidR="00B92686" w14:paraId="464BDAD9" w14:textId="77777777" w:rsidTr="00AC287F">
        <w:trPr>
          <w:jc w:val="center"/>
        </w:trPr>
        <w:tc>
          <w:tcPr>
            <w:tcW w:w="457" w:type="dxa"/>
            <w:vAlign w:val="center"/>
          </w:tcPr>
          <w:p w14:paraId="226CAD93" w14:textId="77777777" w:rsidR="00B92686" w:rsidRDefault="00B53192">
            <w:r>
              <w:t>7</w:t>
            </w:r>
          </w:p>
        </w:tc>
        <w:tc>
          <w:tcPr>
            <w:tcW w:w="2906" w:type="dxa"/>
            <w:vAlign w:val="center"/>
          </w:tcPr>
          <w:p w14:paraId="3E4B954D" w14:textId="77777777" w:rsidR="00B92686" w:rsidRDefault="00B53192">
            <w:r>
              <w:t>Խոնավության սենսոր</w:t>
            </w:r>
          </w:p>
        </w:tc>
        <w:tc>
          <w:tcPr>
            <w:tcW w:w="4279" w:type="dxa"/>
            <w:vAlign w:val="center"/>
          </w:tcPr>
          <w:p w14:paraId="74AB8DF3" w14:textId="77777777" w:rsidR="00B92686" w:rsidRDefault="00B53192">
            <w:r>
              <w:t>Խոնավության ավտոմատ սենսոր՝ չորացման աստիճանը ավտոմատ կառավարելու համար</w:t>
            </w:r>
          </w:p>
        </w:tc>
        <w:tc>
          <w:tcPr>
            <w:tcW w:w="2886" w:type="dxa"/>
            <w:vAlign w:val="center"/>
          </w:tcPr>
          <w:p w14:paraId="7471A174" w14:textId="77777777" w:rsidR="00B92686" w:rsidRDefault="00B53192">
            <w:r>
              <w:t>☐ Այո  ☐ Ոչ</w:t>
            </w:r>
          </w:p>
        </w:tc>
      </w:tr>
      <w:tr w:rsidR="00B92686" w14:paraId="5E178274" w14:textId="77777777" w:rsidTr="00AC287F">
        <w:trPr>
          <w:jc w:val="center"/>
        </w:trPr>
        <w:tc>
          <w:tcPr>
            <w:tcW w:w="457" w:type="dxa"/>
            <w:vAlign w:val="center"/>
          </w:tcPr>
          <w:p w14:paraId="67178C79" w14:textId="77777777" w:rsidR="00B92686" w:rsidRDefault="00B53192">
            <w:r>
              <w:t>8</w:t>
            </w:r>
          </w:p>
        </w:tc>
        <w:tc>
          <w:tcPr>
            <w:tcW w:w="2906" w:type="dxa"/>
            <w:vAlign w:val="center"/>
          </w:tcPr>
          <w:p w14:paraId="0D74EF67" w14:textId="77777777" w:rsidR="00B92686" w:rsidRDefault="00B53192">
            <w:r>
              <w:t>Չորացման ավտոմատ կառավարում</w:t>
            </w:r>
          </w:p>
        </w:tc>
        <w:tc>
          <w:tcPr>
            <w:tcW w:w="4279" w:type="dxa"/>
            <w:vAlign w:val="center"/>
          </w:tcPr>
          <w:p w14:paraId="5A10F60B" w14:textId="77777777" w:rsidR="00B92686" w:rsidRDefault="00B53192">
            <w:r>
              <w:t>Automatic Drying / Sensor Dry կամ արտադրողի համարժեք համակարգ</w:t>
            </w:r>
          </w:p>
        </w:tc>
        <w:tc>
          <w:tcPr>
            <w:tcW w:w="2886" w:type="dxa"/>
            <w:vAlign w:val="center"/>
          </w:tcPr>
          <w:p w14:paraId="57BBE39A" w14:textId="77777777" w:rsidR="00B92686" w:rsidRDefault="00B53192">
            <w:r>
              <w:t>☐ Այո  ☐ Ոչ</w:t>
            </w:r>
          </w:p>
        </w:tc>
      </w:tr>
      <w:tr w:rsidR="00B92686" w14:paraId="2ED55E0A" w14:textId="77777777" w:rsidTr="00AC287F">
        <w:trPr>
          <w:jc w:val="center"/>
        </w:trPr>
        <w:tc>
          <w:tcPr>
            <w:tcW w:w="457" w:type="dxa"/>
            <w:vAlign w:val="center"/>
          </w:tcPr>
          <w:p w14:paraId="46F4917A" w14:textId="77777777" w:rsidR="00B92686" w:rsidRDefault="00B53192">
            <w:r>
              <w:t>9</w:t>
            </w:r>
          </w:p>
        </w:tc>
        <w:tc>
          <w:tcPr>
            <w:tcW w:w="2906" w:type="dxa"/>
            <w:vAlign w:val="center"/>
          </w:tcPr>
          <w:p w14:paraId="2F7DE065" w14:textId="77777777" w:rsidR="00B92686" w:rsidRDefault="00B53192">
            <w:r>
              <w:t>Էներգաարդյունավետություն</w:t>
            </w:r>
          </w:p>
        </w:tc>
        <w:tc>
          <w:tcPr>
            <w:tcW w:w="4279" w:type="dxa"/>
            <w:vAlign w:val="center"/>
          </w:tcPr>
          <w:p w14:paraId="0B164BD3" w14:textId="77777777" w:rsidR="00B92686" w:rsidRDefault="00B53192">
            <w:r>
              <w:t>Գործող էներգապիտակի համակարգով բարձր էներգաարդյունավետության դաս; պարտադիր ներկայացնել էներգապիտակը</w:t>
            </w:r>
          </w:p>
        </w:tc>
        <w:tc>
          <w:tcPr>
            <w:tcW w:w="2886" w:type="dxa"/>
            <w:vAlign w:val="center"/>
          </w:tcPr>
          <w:p w14:paraId="71679BEA" w14:textId="77777777" w:rsidR="00B92686" w:rsidRDefault="00B53192">
            <w:r>
              <w:t>Դաս՝ ______</w:t>
            </w:r>
          </w:p>
        </w:tc>
      </w:tr>
      <w:tr w:rsidR="00B92686" w14:paraId="5FF0A951" w14:textId="77777777" w:rsidTr="00AC287F">
        <w:trPr>
          <w:trHeight w:val="445"/>
          <w:jc w:val="center"/>
        </w:trPr>
        <w:tc>
          <w:tcPr>
            <w:tcW w:w="457" w:type="dxa"/>
            <w:vAlign w:val="center"/>
          </w:tcPr>
          <w:p w14:paraId="4A856D30" w14:textId="77777777" w:rsidR="00B92686" w:rsidRDefault="00B53192">
            <w:r>
              <w:t>10</w:t>
            </w:r>
          </w:p>
        </w:tc>
        <w:tc>
          <w:tcPr>
            <w:tcW w:w="2906" w:type="dxa"/>
            <w:vAlign w:val="center"/>
          </w:tcPr>
          <w:p w14:paraId="7BBAB62E" w14:textId="77777777" w:rsidR="00B92686" w:rsidRDefault="00B53192">
            <w:r>
              <w:t>Ծրագրերի քանակ</w:t>
            </w:r>
          </w:p>
        </w:tc>
        <w:tc>
          <w:tcPr>
            <w:tcW w:w="4279" w:type="dxa"/>
            <w:vAlign w:val="center"/>
          </w:tcPr>
          <w:p w14:paraId="44EC0A8E" w14:textId="77777777" w:rsidR="00B92686" w:rsidRDefault="00B53192">
            <w:r>
              <w:t>Առնվազն 12 առանձին չորացման ծրագիր</w:t>
            </w:r>
          </w:p>
        </w:tc>
        <w:tc>
          <w:tcPr>
            <w:tcW w:w="2886" w:type="dxa"/>
            <w:vAlign w:val="center"/>
          </w:tcPr>
          <w:p w14:paraId="2E5DCF91" w14:textId="4D4E2EB1" w:rsidR="00B92686" w:rsidRDefault="00C4517C">
            <w:r>
              <w:rPr>
                <w:lang w:val="hy-AM"/>
              </w:rPr>
              <w:t xml:space="preserve">              </w:t>
            </w:r>
            <w:r w:rsidR="00B53192">
              <w:t>ծրագիր</w:t>
            </w:r>
          </w:p>
        </w:tc>
      </w:tr>
      <w:tr w:rsidR="00B92686" w14:paraId="288646EA" w14:textId="77777777" w:rsidTr="00AC287F">
        <w:trPr>
          <w:jc w:val="center"/>
        </w:trPr>
        <w:tc>
          <w:tcPr>
            <w:tcW w:w="457" w:type="dxa"/>
            <w:vAlign w:val="center"/>
          </w:tcPr>
          <w:p w14:paraId="2E9C78BF" w14:textId="77777777" w:rsidR="00B92686" w:rsidRDefault="00B53192">
            <w:r>
              <w:t>11</w:t>
            </w:r>
          </w:p>
        </w:tc>
        <w:tc>
          <w:tcPr>
            <w:tcW w:w="2906" w:type="dxa"/>
            <w:vAlign w:val="center"/>
          </w:tcPr>
          <w:p w14:paraId="43D0F594" w14:textId="77777777" w:rsidR="00B92686" w:rsidRDefault="00B53192">
            <w:r>
              <w:t>Հիմնական ծրագրեր</w:t>
            </w:r>
          </w:p>
        </w:tc>
        <w:tc>
          <w:tcPr>
            <w:tcW w:w="4279" w:type="dxa"/>
            <w:vAlign w:val="center"/>
          </w:tcPr>
          <w:p w14:paraId="4269FF77" w14:textId="77777777" w:rsidR="00B92686" w:rsidRDefault="00B53192">
            <w:r>
              <w:t>Cotton, Synthetics, Mixed, Delicate, Towels, Quick/Short, Hygiene կամ համարժեք, Wool կամ համարժեք, Time Dry, Refresh/Airing</w:t>
            </w:r>
          </w:p>
        </w:tc>
        <w:tc>
          <w:tcPr>
            <w:tcW w:w="2886" w:type="dxa"/>
            <w:vAlign w:val="center"/>
          </w:tcPr>
          <w:p w14:paraId="777A43C1" w14:textId="77777777" w:rsidR="00B92686" w:rsidRDefault="00B53192">
            <w:r>
              <w:t>☐ Այո  ☐ Ոչ</w:t>
            </w:r>
          </w:p>
        </w:tc>
      </w:tr>
      <w:tr w:rsidR="00B92686" w14:paraId="66F325DE" w14:textId="77777777" w:rsidTr="00AC287F">
        <w:trPr>
          <w:jc w:val="center"/>
        </w:trPr>
        <w:tc>
          <w:tcPr>
            <w:tcW w:w="457" w:type="dxa"/>
            <w:vAlign w:val="center"/>
          </w:tcPr>
          <w:p w14:paraId="425B45F7" w14:textId="77777777" w:rsidR="00B92686" w:rsidRDefault="00B53192">
            <w:r>
              <w:t>12</w:t>
            </w:r>
          </w:p>
        </w:tc>
        <w:tc>
          <w:tcPr>
            <w:tcW w:w="2906" w:type="dxa"/>
            <w:vAlign w:val="center"/>
          </w:tcPr>
          <w:p w14:paraId="4297EF18" w14:textId="77777777" w:rsidR="00B92686" w:rsidRDefault="00B53192">
            <w:r>
              <w:t>Չորացման աստիճաններ</w:t>
            </w:r>
          </w:p>
        </w:tc>
        <w:tc>
          <w:tcPr>
            <w:tcW w:w="4279" w:type="dxa"/>
            <w:vAlign w:val="center"/>
          </w:tcPr>
          <w:p w14:paraId="59BC47CE" w14:textId="77777777" w:rsidR="00B92686" w:rsidRDefault="00B53192">
            <w:r>
              <w:t>Առնվազն 3 մակարդակ՝ Iron Dry, Cupboard Dry, Extra Dry կամ համարժեք</w:t>
            </w:r>
          </w:p>
        </w:tc>
        <w:tc>
          <w:tcPr>
            <w:tcW w:w="2886" w:type="dxa"/>
            <w:vAlign w:val="center"/>
          </w:tcPr>
          <w:p w14:paraId="271B8CBE" w14:textId="77777777" w:rsidR="00B92686" w:rsidRDefault="00B53192">
            <w:r>
              <w:t>________________________</w:t>
            </w:r>
          </w:p>
        </w:tc>
      </w:tr>
      <w:tr w:rsidR="00B92686" w14:paraId="4A2F46D4" w14:textId="77777777" w:rsidTr="00AC287F">
        <w:trPr>
          <w:jc w:val="center"/>
        </w:trPr>
        <w:tc>
          <w:tcPr>
            <w:tcW w:w="457" w:type="dxa"/>
            <w:vAlign w:val="center"/>
          </w:tcPr>
          <w:p w14:paraId="1900B57B" w14:textId="77777777" w:rsidR="00B92686" w:rsidRDefault="00B53192">
            <w:r>
              <w:t>13</w:t>
            </w:r>
          </w:p>
        </w:tc>
        <w:tc>
          <w:tcPr>
            <w:tcW w:w="2906" w:type="dxa"/>
            <w:vAlign w:val="center"/>
          </w:tcPr>
          <w:p w14:paraId="4B3EDE83" w14:textId="01886DF1" w:rsidR="00B92686" w:rsidRDefault="005969C5">
            <w:r>
              <w:t>Ճմռթվելուց պաշտպանող գործառույթ</w:t>
            </w:r>
          </w:p>
        </w:tc>
        <w:tc>
          <w:tcPr>
            <w:tcW w:w="4279" w:type="dxa"/>
            <w:vAlign w:val="center"/>
          </w:tcPr>
          <w:p w14:paraId="45EB3596" w14:textId="77777777" w:rsidR="00B92686" w:rsidRDefault="00B53192">
            <w:r>
              <w:t>Anti-Crease / Easy Iron կամ համարժեք</w:t>
            </w:r>
          </w:p>
        </w:tc>
        <w:tc>
          <w:tcPr>
            <w:tcW w:w="2886" w:type="dxa"/>
            <w:vAlign w:val="center"/>
          </w:tcPr>
          <w:p w14:paraId="6B7387D7" w14:textId="77777777" w:rsidR="00B92686" w:rsidRDefault="00B53192">
            <w:r>
              <w:t>☐ Այո  ☐ Ոչ</w:t>
            </w:r>
          </w:p>
        </w:tc>
      </w:tr>
      <w:tr w:rsidR="00B92686" w14:paraId="6748205A" w14:textId="77777777" w:rsidTr="00AC287F">
        <w:trPr>
          <w:jc w:val="center"/>
        </w:trPr>
        <w:tc>
          <w:tcPr>
            <w:tcW w:w="457" w:type="dxa"/>
            <w:vAlign w:val="center"/>
          </w:tcPr>
          <w:p w14:paraId="12BD1972" w14:textId="77777777" w:rsidR="00B92686" w:rsidRDefault="00B53192">
            <w:r>
              <w:t>14</w:t>
            </w:r>
          </w:p>
        </w:tc>
        <w:tc>
          <w:tcPr>
            <w:tcW w:w="2906" w:type="dxa"/>
            <w:vAlign w:val="center"/>
          </w:tcPr>
          <w:p w14:paraId="7B85E980" w14:textId="77777777" w:rsidR="00B92686" w:rsidRDefault="00B53192">
            <w:r>
              <w:t>Գերտաքացումից պաշտպանություն</w:t>
            </w:r>
          </w:p>
        </w:tc>
        <w:tc>
          <w:tcPr>
            <w:tcW w:w="4279" w:type="dxa"/>
            <w:vAlign w:val="center"/>
          </w:tcPr>
          <w:p w14:paraId="5B5BD174" w14:textId="77777777" w:rsidR="00B92686" w:rsidRDefault="00B53192">
            <w:r>
              <w:t>Գերտաքացումից պաշտպանություն և ավտոմատ անվտանգության անջատում</w:t>
            </w:r>
          </w:p>
        </w:tc>
        <w:tc>
          <w:tcPr>
            <w:tcW w:w="2886" w:type="dxa"/>
            <w:vAlign w:val="center"/>
          </w:tcPr>
          <w:p w14:paraId="6C7F3604" w14:textId="77777777" w:rsidR="00B92686" w:rsidRDefault="00B53192">
            <w:r>
              <w:t>☐ Այո  ☐ Ոչ</w:t>
            </w:r>
          </w:p>
        </w:tc>
      </w:tr>
      <w:tr w:rsidR="00B92686" w14:paraId="0C0B93A3" w14:textId="77777777" w:rsidTr="00AC287F">
        <w:trPr>
          <w:jc w:val="center"/>
        </w:trPr>
        <w:tc>
          <w:tcPr>
            <w:tcW w:w="457" w:type="dxa"/>
            <w:vAlign w:val="center"/>
          </w:tcPr>
          <w:p w14:paraId="550E01EC" w14:textId="77777777" w:rsidR="00B92686" w:rsidRDefault="00B53192">
            <w:r>
              <w:t>15</w:t>
            </w:r>
          </w:p>
        </w:tc>
        <w:tc>
          <w:tcPr>
            <w:tcW w:w="2906" w:type="dxa"/>
            <w:vAlign w:val="center"/>
          </w:tcPr>
          <w:p w14:paraId="156CA3C9" w14:textId="77777777" w:rsidR="00B92686" w:rsidRDefault="00B53192">
            <w:r>
              <w:t>Երեխաների պաշտպանություն</w:t>
            </w:r>
          </w:p>
        </w:tc>
        <w:tc>
          <w:tcPr>
            <w:tcW w:w="4279" w:type="dxa"/>
            <w:vAlign w:val="center"/>
          </w:tcPr>
          <w:p w14:paraId="03D422D3" w14:textId="77777777" w:rsidR="00B92686" w:rsidRDefault="00B53192">
            <w:r>
              <w:t>Child Lock</w:t>
            </w:r>
          </w:p>
        </w:tc>
        <w:tc>
          <w:tcPr>
            <w:tcW w:w="2886" w:type="dxa"/>
            <w:vAlign w:val="center"/>
          </w:tcPr>
          <w:p w14:paraId="7C48B318" w14:textId="77777777" w:rsidR="00B92686" w:rsidRDefault="00B53192">
            <w:r>
              <w:t>☐ Այո  ☐ Ոչ</w:t>
            </w:r>
          </w:p>
        </w:tc>
      </w:tr>
      <w:tr w:rsidR="00B92686" w14:paraId="51164D33" w14:textId="77777777" w:rsidTr="00AC287F">
        <w:trPr>
          <w:jc w:val="center"/>
        </w:trPr>
        <w:tc>
          <w:tcPr>
            <w:tcW w:w="457" w:type="dxa"/>
            <w:vAlign w:val="center"/>
          </w:tcPr>
          <w:p w14:paraId="332B87B1" w14:textId="77777777" w:rsidR="00B92686" w:rsidRDefault="00B53192">
            <w:r>
              <w:t>16</w:t>
            </w:r>
          </w:p>
        </w:tc>
        <w:tc>
          <w:tcPr>
            <w:tcW w:w="2906" w:type="dxa"/>
            <w:vAlign w:val="center"/>
          </w:tcPr>
          <w:p w14:paraId="280162F9" w14:textId="77777777" w:rsidR="00B92686" w:rsidRDefault="00B53192">
            <w:r>
              <w:t>Կառավարում/էկրան</w:t>
            </w:r>
          </w:p>
        </w:tc>
        <w:tc>
          <w:tcPr>
            <w:tcW w:w="4279" w:type="dxa"/>
            <w:vAlign w:val="center"/>
          </w:tcPr>
          <w:p w14:paraId="583EC3D8" w14:textId="77777777" w:rsidR="00B92686" w:rsidRDefault="00B53192">
            <w:r>
              <w:t>Էլեկտրոնային կառավարում և թվային/LED/LCD էկրան</w:t>
            </w:r>
          </w:p>
        </w:tc>
        <w:tc>
          <w:tcPr>
            <w:tcW w:w="2886" w:type="dxa"/>
            <w:vAlign w:val="center"/>
          </w:tcPr>
          <w:p w14:paraId="7AEC2A0E" w14:textId="77777777" w:rsidR="00B92686" w:rsidRDefault="00B53192">
            <w:r>
              <w:t>________________________</w:t>
            </w:r>
          </w:p>
        </w:tc>
      </w:tr>
      <w:tr w:rsidR="00B92686" w14:paraId="0BEC8579" w14:textId="77777777" w:rsidTr="00AC287F">
        <w:trPr>
          <w:jc w:val="center"/>
        </w:trPr>
        <w:tc>
          <w:tcPr>
            <w:tcW w:w="457" w:type="dxa"/>
            <w:vAlign w:val="center"/>
          </w:tcPr>
          <w:p w14:paraId="5F9C8FF1" w14:textId="77777777" w:rsidR="00B92686" w:rsidRDefault="00B53192">
            <w:r>
              <w:t>17</w:t>
            </w:r>
          </w:p>
        </w:tc>
        <w:tc>
          <w:tcPr>
            <w:tcW w:w="2906" w:type="dxa"/>
            <w:vAlign w:val="center"/>
          </w:tcPr>
          <w:p w14:paraId="144AF868" w14:textId="77777777" w:rsidR="00B92686" w:rsidRDefault="00B53192">
            <w:r>
              <w:t>Հետաձգված մեկնարկ</w:t>
            </w:r>
          </w:p>
        </w:tc>
        <w:tc>
          <w:tcPr>
            <w:tcW w:w="4279" w:type="dxa"/>
            <w:vAlign w:val="center"/>
          </w:tcPr>
          <w:p w14:paraId="1B2857D2" w14:textId="77777777" w:rsidR="00B92686" w:rsidRDefault="00B53192">
            <w:r>
              <w:t>Հետաձգված մեկնարկի հնարավորություն</w:t>
            </w:r>
          </w:p>
        </w:tc>
        <w:tc>
          <w:tcPr>
            <w:tcW w:w="2886" w:type="dxa"/>
            <w:vAlign w:val="center"/>
          </w:tcPr>
          <w:p w14:paraId="75BDC2F1" w14:textId="77777777" w:rsidR="00B92686" w:rsidRDefault="00B53192">
            <w:r>
              <w:t>☐ Այո  ☐ Ոչ</w:t>
            </w:r>
          </w:p>
        </w:tc>
      </w:tr>
      <w:tr w:rsidR="00B92686" w14:paraId="522D40E1" w14:textId="77777777" w:rsidTr="00AC287F">
        <w:trPr>
          <w:jc w:val="center"/>
        </w:trPr>
        <w:tc>
          <w:tcPr>
            <w:tcW w:w="457" w:type="dxa"/>
            <w:vAlign w:val="center"/>
          </w:tcPr>
          <w:p w14:paraId="0BC9386B" w14:textId="77777777" w:rsidR="00B92686" w:rsidRDefault="00B53192">
            <w:r>
              <w:t>18</w:t>
            </w:r>
          </w:p>
        </w:tc>
        <w:tc>
          <w:tcPr>
            <w:tcW w:w="2906" w:type="dxa"/>
            <w:vAlign w:val="center"/>
          </w:tcPr>
          <w:p w14:paraId="418622F5" w14:textId="77777777" w:rsidR="00B92686" w:rsidRDefault="00B53192">
            <w:r>
              <w:t>Ֆիլտր</w:t>
            </w:r>
          </w:p>
        </w:tc>
        <w:tc>
          <w:tcPr>
            <w:tcW w:w="4279" w:type="dxa"/>
            <w:vAlign w:val="center"/>
          </w:tcPr>
          <w:p w14:paraId="51F7F2C9" w14:textId="77777777" w:rsidR="00B92686" w:rsidRDefault="00B53192">
            <w:r>
              <w:t>Հեշտ մաքրվող ֆիլտր և ֆիլտրի մաքրման անհրաժեշտության ցուցիչ կամ համարժեք</w:t>
            </w:r>
          </w:p>
        </w:tc>
        <w:tc>
          <w:tcPr>
            <w:tcW w:w="2886" w:type="dxa"/>
            <w:vAlign w:val="center"/>
          </w:tcPr>
          <w:p w14:paraId="3029E46F" w14:textId="77777777" w:rsidR="00B92686" w:rsidRDefault="00B53192">
            <w:r>
              <w:t>________________________</w:t>
            </w:r>
          </w:p>
        </w:tc>
      </w:tr>
      <w:tr w:rsidR="00B92686" w14:paraId="2D3CB2FA" w14:textId="77777777" w:rsidTr="00AC287F">
        <w:trPr>
          <w:jc w:val="center"/>
        </w:trPr>
        <w:tc>
          <w:tcPr>
            <w:tcW w:w="457" w:type="dxa"/>
            <w:vAlign w:val="center"/>
          </w:tcPr>
          <w:p w14:paraId="2D1EC750" w14:textId="77777777" w:rsidR="00B92686" w:rsidRDefault="00B53192">
            <w:r>
              <w:t>19</w:t>
            </w:r>
          </w:p>
        </w:tc>
        <w:tc>
          <w:tcPr>
            <w:tcW w:w="2906" w:type="dxa"/>
            <w:vAlign w:val="center"/>
          </w:tcPr>
          <w:p w14:paraId="10D11E29" w14:textId="77777777" w:rsidR="00B92686" w:rsidRDefault="00B53192">
            <w:r>
              <w:t>Խտանյութի հավաքում</w:t>
            </w:r>
          </w:p>
        </w:tc>
        <w:tc>
          <w:tcPr>
            <w:tcW w:w="4279" w:type="dxa"/>
            <w:vAlign w:val="center"/>
          </w:tcPr>
          <w:p w14:paraId="417EB30E" w14:textId="77777777" w:rsidR="00B92686" w:rsidRDefault="00B53192">
            <w:r>
              <w:t>Խտանյութի (condensate) հավաքման տարա և, եթե առկա է, մշտական ջրահեռացման միացման հնարավորություն</w:t>
            </w:r>
          </w:p>
        </w:tc>
        <w:tc>
          <w:tcPr>
            <w:tcW w:w="2886" w:type="dxa"/>
            <w:vAlign w:val="center"/>
          </w:tcPr>
          <w:p w14:paraId="34A807B6" w14:textId="77777777" w:rsidR="00B92686" w:rsidRDefault="00B53192">
            <w:r>
              <w:t>________________________</w:t>
            </w:r>
          </w:p>
        </w:tc>
      </w:tr>
      <w:tr w:rsidR="00B92686" w14:paraId="76561CCF" w14:textId="77777777" w:rsidTr="00AC287F">
        <w:trPr>
          <w:trHeight w:val="463"/>
          <w:jc w:val="center"/>
        </w:trPr>
        <w:tc>
          <w:tcPr>
            <w:tcW w:w="457" w:type="dxa"/>
            <w:vAlign w:val="center"/>
          </w:tcPr>
          <w:p w14:paraId="0CAADCD7" w14:textId="77777777" w:rsidR="00B92686" w:rsidRDefault="00B53192">
            <w:r>
              <w:t>20</w:t>
            </w:r>
          </w:p>
        </w:tc>
        <w:tc>
          <w:tcPr>
            <w:tcW w:w="2906" w:type="dxa"/>
            <w:vAlign w:val="center"/>
          </w:tcPr>
          <w:p w14:paraId="11E6EA8B" w14:textId="77777777" w:rsidR="00B92686" w:rsidRDefault="00B53192">
            <w:r>
              <w:t>Աղմուկ</w:t>
            </w:r>
          </w:p>
        </w:tc>
        <w:tc>
          <w:tcPr>
            <w:tcW w:w="4279" w:type="dxa"/>
            <w:vAlign w:val="center"/>
          </w:tcPr>
          <w:p w14:paraId="62C08014" w14:textId="77777777" w:rsidR="00B92686" w:rsidRDefault="00B53192">
            <w:r>
              <w:t>Առավելագույնը 68 dB(A)</w:t>
            </w:r>
          </w:p>
        </w:tc>
        <w:tc>
          <w:tcPr>
            <w:tcW w:w="2886" w:type="dxa"/>
            <w:vAlign w:val="center"/>
          </w:tcPr>
          <w:p w14:paraId="0DFE7834" w14:textId="77777777" w:rsidR="00B92686" w:rsidRDefault="00B53192">
            <w:r>
              <w:t>________ dB(A)</w:t>
            </w:r>
          </w:p>
        </w:tc>
      </w:tr>
      <w:tr w:rsidR="00B92686" w14:paraId="07BA2BFC" w14:textId="77777777" w:rsidTr="00AC287F">
        <w:trPr>
          <w:trHeight w:val="526"/>
          <w:jc w:val="center"/>
        </w:trPr>
        <w:tc>
          <w:tcPr>
            <w:tcW w:w="457" w:type="dxa"/>
            <w:vAlign w:val="center"/>
          </w:tcPr>
          <w:p w14:paraId="609C1AB2" w14:textId="77777777" w:rsidR="00B92686" w:rsidRDefault="00B53192">
            <w:r>
              <w:t>21</w:t>
            </w:r>
          </w:p>
        </w:tc>
        <w:tc>
          <w:tcPr>
            <w:tcW w:w="2906" w:type="dxa"/>
            <w:vAlign w:val="center"/>
          </w:tcPr>
          <w:p w14:paraId="5FB91546" w14:textId="77777777" w:rsidR="00B92686" w:rsidRDefault="00B53192">
            <w:r>
              <w:t>Էլեկտրամատակարարում</w:t>
            </w:r>
          </w:p>
        </w:tc>
        <w:tc>
          <w:tcPr>
            <w:tcW w:w="4279" w:type="dxa"/>
            <w:vAlign w:val="center"/>
          </w:tcPr>
          <w:p w14:paraId="5A720CDF" w14:textId="77777777" w:rsidR="00B92686" w:rsidRDefault="00B53192">
            <w:r>
              <w:t>220–240 V, 50 Hz</w:t>
            </w:r>
          </w:p>
        </w:tc>
        <w:tc>
          <w:tcPr>
            <w:tcW w:w="2886" w:type="dxa"/>
            <w:vAlign w:val="center"/>
          </w:tcPr>
          <w:p w14:paraId="6464BD2C" w14:textId="77777777" w:rsidR="00B92686" w:rsidRDefault="00B53192">
            <w:r>
              <w:t>________________________</w:t>
            </w:r>
          </w:p>
        </w:tc>
      </w:tr>
      <w:tr w:rsidR="00B92686" w14:paraId="423D97EB" w14:textId="77777777" w:rsidTr="00AC287F">
        <w:trPr>
          <w:jc w:val="center"/>
        </w:trPr>
        <w:tc>
          <w:tcPr>
            <w:tcW w:w="457" w:type="dxa"/>
            <w:vAlign w:val="center"/>
          </w:tcPr>
          <w:p w14:paraId="0C3624B6" w14:textId="77777777" w:rsidR="00B92686" w:rsidRDefault="00B53192">
            <w:r>
              <w:t>22</w:t>
            </w:r>
          </w:p>
        </w:tc>
        <w:tc>
          <w:tcPr>
            <w:tcW w:w="2906" w:type="dxa"/>
            <w:vAlign w:val="center"/>
          </w:tcPr>
          <w:p w14:paraId="142B1C82" w14:textId="77777777" w:rsidR="00B92686" w:rsidRDefault="00B53192">
            <w:r>
              <w:t>Չափսեր</w:t>
            </w:r>
          </w:p>
        </w:tc>
        <w:tc>
          <w:tcPr>
            <w:tcW w:w="4279" w:type="dxa"/>
            <w:vAlign w:val="center"/>
          </w:tcPr>
          <w:p w14:paraId="54F15827" w14:textId="77777777" w:rsidR="00B92686" w:rsidRDefault="00B53192">
            <w:r>
              <w:t>Մասնակիցը պարտադիր նշում է բարձրությունը × լայնությունը × խորությունը</w:t>
            </w:r>
          </w:p>
        </w:tc>
        <w:tc>
          <w:tcPr>
            <w:tcW w:w="2886" w:type="dxa"/>
            <w:vAlign w:val="center"/>
          </w:tcPr>
          <w:p w14:paraId="49CFC176" w14:textId="77777777" w:rsidR="00B92686" w:rsidRDefault="00B53192">
            <w:r>
              <w:t>________ × ________ × ________ սմ</w:t>
            </w:r>
          </w:p>
        </w:tc>
      </w:tr>
      <w:tr w:rsidR="00B92686" w14:paraId="02A532DD" w14:textId="77777777" w:rsidTr="00AC287F">
        <w:trPr>
          <w:jc w:val="center"/>
        </w:trPr>
        <w:tc>
          <w:tcPr>
            <w:tcW w:w="457" w:type="dxa"/>
            <w:vAlign w:val="center"/>
          </w:tcPr>
          <w:p w14:paraId="4FF9FA39" w14:textId="77777777" w:rsidR="00B92686" w:rsidRDefault="00B53192">
            <w:r>
              <w:t>23</w:t>
            </w:r>
          </w:p>
        </w:tc>
        <w:tc>
          <w:tcPr>
            <w:tcW w:w="2906" w:type="dxa"/>
            <w:vAlign w:val="center"/>
          </w:tcPr>
          <w:p w14:paraId="44012D1B" w14:textId="77777777" w:rsidR="00B92686" w:rsidRDefault="00B53192">
            <w:r>
              <w:t>Քաշ</w:t>
            </w:r>
          </w:p>
        </w:tc>
        <w:tc>
          <w:tcPr>
            <w:tcW w:w="4279" w:type="dxa"/>
            <w:vAlign w:val="center"/>
          </w:tcPr>
          <w:p w14:paraId="7C2C3AD3" w14:textId="77777777" w:rsidR="00B92686" w:rsidRDefault="00B53192">
            <w:r>
              <w:t>Մասնակիցը պարտադիր նշում է սարքի զուտ քաշը</w:t>
            </w:r>
          </w:p>
        </w:tc>
        <w:tc>
          <w:tcPr>
            <w:tcW w:w="2886" w:type="dxa"/>
            <w:vAlign w:val="center"/>
          </w:tcPr>
          <w:p w14:paraId="47D99E92" w14:textId="77777777" w:rsidR="00B92686" w:rsidRDefault="00B53192">
            <w:r>
              <w:t>________ կգ</w:t>
            </w:r>
          </w:p>
        </w:tc>
      </w:tr>
      <w:tr w:rsidR="00B92686" w14:paraId="2C9E5749" w14:textId="77777777" w:rsidTr="00AC287F">
        <w:trPr>
          <w:jc w:val="center"/>
        </w:trPr>
        <w:tc>
          <w:tcPr>
            <w:tcW w:w="457" w:type="dxa"/>
            <w:vAlign w:val="center"/>
          </w:tcPr>
          <w:p w14:paraId="169D0A60" w14:textId="77777777" w:rsidR="00B92686" w:rsidRDefault="00B53192">
            <w:r>
              <w:lastRenderedPageBreak/>
              <w:t>24</w:t>
            </w:r>
          </w:p>
        </w:tc>
        <w:tc>
          <w:tcPr>
            <w:tcW w:w="2906" w:type="dxa"/>
            <w:vAlign w:val="center"/>
          </w:tcPr>
          <w:p w14:paraId="21A3C04C" w14:textId="77777777" w:rsidR="00B92686" w:rsidRDefault="00B53192">
            <w:r>
              <w:t>Երաշխիք</w:t>
            </w:r>
          </w:p>
        </w:tc>
        <w:tc>
          <w:tcPr>
            <w:tcW w:w="4279" w:type="dxa"/>
            <w:vAlign w:val="center"/>
          </w:tcPr>
          <w:p w14:paraId="2214EFAA" w14:textId="77777777" w:rsidR="00B92686" w:rsidRDefault="00B53192">
            <w:r>
              <w:t>Ամբողջ սարքի համար՝ նվազագույնը 24 ամիս</w:t>
            </w:r>
          </w:p>
        </w:tc>
        <w:tc>
          <w:tcPr>
            <w:tcW w:w="2886" w:type="dxa"/>
            <w:vAlign w:val="center"/>
          </w:tcPr>
          <w:p w14:paraId="183B0E3F" w14:textId="77777777" w:rsidR="00B92686" w:rsidRDefault="00B53192">
            <w:r>
              <w:t>________ ամիս</w:t>
            </w:r>
          </w:p>
        </w:tc>
      </w:tr>
      <w:tr w:rsidR="00B92686" w14:paraId="511B2AFD" w14:textId="77777777" w:rsidTr="00AC287F">
        <w:trPr>
          <w:jc w:val="center"/>
        </w:trPr>
        <w:tc>
          <w:tcPr>
            <w:tcW w:w="457" w:type="dxa"/>
            <w:vAlign w:val="center"/>
          </w:tcPr>
          <w:p w14:paraId="51876189" w14:textId="77777777" w:rsidR="00B92686" w:rsidRDefault="00B53192">
            <w:r>
              <w:t>25</w:t>
            </w:r>
          </w:p>
        </w:tc>
        <w:tc>
          <w:tcPr>
            <w:tcW w:w="2906" w:type="dxa"/>
            <w:vAlign w:val="center"/>
          </w:tcPr>
          <w:p w14:paraId="51B5B2B0" w14:textId="77777777" w:rsidR="00B92686" w:rsidRDefault="00B53192">
            <w:r>
              <w:t>ՀՀ-ում սպասարկում</w:t>
            </w:r>
          </w:p>
        </w:tc>
        <w:tc>
          <w:tcPr>
            <w:tcW w:w="4279" w:type="dxa"/>
            <w:vAlign w:val="center"/>
          </w:tcPr>
          <w:p w14:paraId="4294F5AF" w14:textId="77777777" w:rsidR="00B92686" w:rsidRDefault="00B53192">
            <w:r>
              <w:t>ՀՀ-ում երաշխիքային սպասարկման և վերանորոգման հասանելիություն</w:t>
            </w:r>
          </w:p>
        </w:tc>
        <w:tc>
          <w:tcPr>
            <w:tcW w:w="2886" w:type="dxa"/>
            <w:vAlign w:val="center"/>
          </w:tcPr>
          <w:p w14:paraId="67A21C0E" w14:textId="77777777" w:rsidR="00B92686" w:rsidRDefault="00B53192">
            <w:r>
              <w:t>________________________</w:t>
            </w:r>
          </w:p>
        </w:tc>
      </w:tr>
      <w:tr w:rsidR="00B92686" w14:paraId="1893B65B" w14:textId="77777777" w:rsidTr="00AC287F">
        <w:trPr>
          <w:jc w:val="center"/>
        </w:trPr>
        <w:tc>
          <w:tcPr>
            <w:tcW w:w="457" w:type="dxa"/>
            <w:vAlign w:val="center"/>
          </w:tcPr>
          <w:p w14:paraId="1A4D06F3" w14:textId="77777777" w:rsidR="00B92686" w:rsidRDefault="00B53192">
            <w:r>
              <w:t>26</w:t>
            </w:r>
          </w:p>
        </w:tc>
        <w:tc>
          <w:tcPr>
            <w:tcW w:w="2906" w:type="dxa"/>
            <w:vAlign w:val="center"/>
          </w:tcPr>
          <w:p w14:paraId="1810665B" w14:textId="77777777" w:rsidR="00B92686" w:rsidRDefault="00B53192">
            <w:r>
              <w:t>Պահեստամասեր</w:t>
            </w:r>
          </w:p>
        </w:tc>
        <w:tc>
          <w:tcPr>
            <w:tcW w:w="4279" w:type="dxa"/>
            <w:vAlign w:val="center"/>
          </w:tcPr>
          <w:p w14:paraId="48336EE0" w14:textId="77777777" w:rsidR="00B92686" w:rsidRDefault="00B53192">
            <w:r>
              <w:t>Մասնակիցը նշում է արտադրողի/սպասարկման կենտրոնի կողմից պահեստամասերի հասանելիության նախատեսվող ժամկետը</w:t>
            </w:r>
          </w:p>
        </w:tc>
        <w:tc>
          <w:tcPr>
            <w:tcW w:w="2886" w:type="dxa"/>
            <w:vAlign w:val="center"/>
          </w:tcPr>
          <w:p w14:paraId="78315B97" w14:textId="77777777" w:rsidR="00B92686" w:rsidRDefault="00B53192">
            <w:r>
              <w:t>________ տարի</w:t>
            </w:r>
          </w:p>
        </w:tc>
      </w:tr>
      <w:tr w:rsidR="00B92686" w14:paraId="314EA3D7" w14:textId="77777777" w:rsidTr="00AC287F">
        <w:trPr>
          <w:jc w:val="center"/>
        </w:trPr>
        <w:tc>
          <w:tcPr>
            <w:tcW w:w="457" w:type="dxa"/>
            <w:vAlign w:val="center"/>
          </w:tcPr>
          <w:p w14:paraId="75C77654" w14:textId="77777777" w:rsidR="00B92686" w:rsidRDefault="00B53192">
            <w:r>
              <w:t>27</w:t>
            </w:r>
          </w:p>
        </w:tc>
        <w:tc>
          <w:tcPr>
            <w:tcW w:w="2906" w:type="dxa"/>
            <w:vAlign w:val="center"/>
          </w:tcPr>
          <w:p w14:paraId="00137A57" w14:textId="77777777" w:rsidR="00B92686" w:rsidRDefault="00B53192">
            <w:r>
              <w:t>Փաստաթղթեր</w:t>
            </w:r>
          </w:p>
        </w:tc>
        <w:tc>
          <w:tcPr>
            <w:tcW w:w="4279" w:type="dxa"/>
            <w:vAlign w:val="center"/>
          </w:tcPr>
          <w:p w14:paraId="06491EF8" w14:textId="77777777" w:rsidR="00B92686" w:rsidRDefault="00B53192">
            <w:r>
              <w:t>Արտադրողի տեխնիկական տվյալների թերթիկ/կատալոգ + գործող էներգապիտակ + կիրառելի համապատասխանության/անվտանգության փաստաթղթեր</w:t>
            </w:r>
          </w:p>
        </w:tc>
        <w:tc>
          <w:tcPr>
            <w:tcW w:w="2886" w:type="dxa"/>
            <w:vAlign w:val="center"/>
          </w:tcPr>
          <w:p w14:paraId="3E35CEE3" w14:textId="77777777" w:rsidR="00B92686" w:rsidRDefault="00B53192">
            <w:r>
              <w:t>☐ Կցված է  ☐ Չի կցվել</w:t>
            </w:r>
          </w:p>
        </w:tc>
      </w:tr>
      <w:tr w:rsidR="00B92686" w14:paraId="033604B0" w14:textId="77777777" w:rsidTr="00AC287F">
        <w:trPr>
          <w:jc w:val="center"/>
        </w:trPr>
        <w:tc>
          <w:tcPr>
            <w:tcW w:w="457" w:type="dxa"/>
            <w:vAlign w:val="center"/>
          </w:tcPr>
          <w:p w14:paraId="30F03A69" w14:textId="77777777" w:rsidR="00B92686" w:rsidRDefault="00B53192">
            <w:r>
              <w:t>28</w:t>
            </w:r>
          </w:p>
        </w:tc>
        <w:tc>
          <w:tcPr>
            <w:tcW w:w="2906" w:type="dxa"/>
            <w:vAlign w:val="center"/>
          </w:tcPr>
          <w:p w14:paraId="0AFD96AE" w14:textId="77777777" w:rsidR="00B92686" w:rsidRDefault="00B53192">
            <w:r>
              <w:t>Առաքում և գործարկում</w:t>
            </w:r>
          </w:p>
        </w:tc>
        <w:tc>
          <w:tcPr>
            <w:tcW w:w="4279" w:type="dxa"/>
            <w:vAlign w:val="center"/>
          </w:tcPr>
          <w:p w14:paraId="3D8A3E18" w14:textId="77777777" w:rsidR="00B92686" w:rsidRDefault="00B53192">
            <w:r>
              <w:t>Առաքում, տեղադրում, հարթեցում և փորձնական գործարկում՝ մատակարարի կողմից</w:t>
            </w:r>
          </w:p>
        </w:tc>
        <w:tc>
          <w:tcPr>
            <w:tcW w:w="2886" w:type="dxa"/>
            <w:vAlign w:val="center"/>
          </w:tcPr>
          <w:p w14:paraId="7B7CF0FD" w14:textId="77777777" w:rsidR="00B92686" w:rsidRDefault="00B53192">
            <w:r>
              <w:t>☐ Այո  ☐ Ոչ</w:t>
            </w:r>
          </w:p>
        </w:tc>
      </w:tr>
      <w:tr w:rsidR="00AC287F" w14:paraId="7F14BE7B" w14:textId="77777777" w:rsidTr="00AC287F">
        <w:trPr>
          <w:trHeight w:val="562"/>
          <w:jc w:val="center"/>
        </w:trPr>
        <w:tc>
          <w:tcPr>
            <w:tcW w:w="457" w:type="dxa"/>
            <w:vAlign w:val="center"/>
          </w:tcPr>
          <w:p w14:paraId="699F572A" w14:textId="7A9C6D47" w:rsidR="00AC287F" w:rsidRPr="00AC287F" w:rsidRDefault="00AC287F" w:rsidP="00AC287F">
            <w:pPr>
              <w:rPr>
                <w:lang w:val="hy-AM"/>
              </w:rPr>
            </w:pPr>
            <w:r>
              <w:rPr>
                <w:lang w:val="hy-AM"/>
              </w:rPr>
              <w:t>29</w:t>
            </w:r>
          </w:p>
        </w:tc>
        <w:tc>
          <w:tcPr>
            <w:tcW w:w="2906" w:type="dxa"/>
            <w:vAlign w:val="center"/>
          </w:tcPr>
          <w:p w14:paraId="20DFD5AE" w14:textId="42848078" w:rsidR="00AC287F" w:rsidRDefault="00AC287F" w:rsidP="00AC287F">
            <w:r>
              <w:rPr>
                <w:lang w:val="hy-AM"/>
              </w:rPr>
              <w:t xml:space="preserve">Արտադրման երկիր </w:t>
            </w:r>
          </w:p>
        </w:tc>
        <w:tc>
          <w:tcPr>
            <w:tcW w:w="4279" w:type="dxa"/>
            <w:vAlign w:val="center"/>
          </w:tcPr>
          <w:p w14:paraId="46152B82" w14:textId="70415175" w:rsidR="00AC287F" w:rsidRDefault="00AC287F" w:rsidP="00AC287F">
            <w:r w:rsidRPr="00AC287F">
              <w:rPr>
                <w:lang w:val="hy-AM"/>
              </w:rPr>
              <w:t>Մասնակիցը պետք է նշ</w:t>
            </w:r>
            <w:r>
              <w:rPr>
                <w:lang w:val="hy-AM"/>
              </w:rPr>
              <w:t xml:space="preserve">ի </w:t>
            </w:r>
            <w:r w:rsidRPr="00AC287F">
              <w:rPr>
                <w:lang w:val="hy-AM"/>
              </w:rPr>
              <w:t>Սարքի հավաքման երկիր</w:t>
            </w:r>
            <w:r>
              <w:rPr>
                <w:lang w:val="hy-AM"/>
              </w:rPr>
              <w:t xml:space="preserve"> </w:t>
            </w:r>
          </w:p>
        </w:tc>
        <w:tc>
          <w:tcPr>
            <w:tcW w:w="2886" w:type="dxa"/>
            <w:vAlign w:val="center"/>
          </w:tcPr>
          <w:p w14:paraId="3532F604" w14:textId="14DEFBDA" w:rsidR="00AC287F" w:rsidRDefault="00AC287F" w:rsidP="00AC287F">
            <w:r>
              <w:t>________________________</w:t>
            </w:r>
          </w:p>
        </w:tc>
      </w:tr>
    </w:tbl>
    <w:p w14:paraId="2A277A0C" w14:textId="77777777" w:rsidR="0071082F" w:rsidRDefault="0071082F">
      <w:pPr>
        <w:rPr>
          <w:b/>
          <w:sz w:val="26"/>
        </w:rPr>
      </w:pPr>
    </w:p>
    <w:p w14:paraId="4A5E8145" w14:textId="0D484FBB" w:rsidR="00B92686" w:rsidRDefault="00B53192">
      <w:r>
        <w:rPr>
          <w:b/>
          <w:sz w:val="26"/>
        </w:rPr>
        <w:t>4. Գնային առաջարկ</w:t>
      </w:r>
    </w:p>
    <w:p w14:paraId="269209CA" w14:textId="44670492" w:rsidR="00B92686" w:rsidRDefault="00B53192">
      <w:r>
        <w:rPr>
          <w:b/>
        </w:rPr>
        <w:t xml:space="preserve">Գները պարտադիր ներկայացնել ինչպես առանց ԱԱՀ-ի, այնպես էլ ԱԱՀ-ով։ </w:t>
      </w:r>
    </w:p>
    <w:tbl>
      <w:tblPr>
        <w:tblStyle w:val="TableGrid"/>
        <w:tblW w:w="9460" w:type="dxa"/>
        <w:jc w:val="center"/>
        <w:tblLook w:val="04A0" w:firstRow="1" w:lastRow="0" w:firstColumn="1" w:lastColumn="0" w:noHBand="0" w:noVBand="1"/>
      </w:tblPr>
      <w:tblGrid>
        <w:gridCol w:w="564"/>
        <w:gridCol w:w="1980"/>
        <w:gridCol w:w="1440"/>
        <w:gridCol w:w="2700"/>
        <w:gridCol w:w="2776"/>
      </w:tblGrid>
      <w:tr w:rsidR="00602E10" w14:paraId="6DD784BE" w14:textId="77777777" w:rsidTr="00602E10">
        <w:trPr>
          <w:trHeight w:val="1689"/>
          <w:tblHeader/>
          <w:jc w:val="center"/>
        </w:trPr>
        <w:tc>
          <w:tcPr>
            <w:tcW w:w="564" w:type="dxa"/>
            <w:shd w:val="clear" w:color="auto" w:fill="D9EAF7"/>
          </w:tcPr>
          <w:p w14:paraId="4B8E4D12" w14:textId="77777777" w:rsidR="00602E10" w:rsidRDefault="00602E10">
            <w:r>
              <w:t>№</w:t>
            </w:r>
          </w:p>
        </w:tc>
        <w:tc>
          <w:tcPr>
            <w:tcW w:w="1980" w:type="dxa"/>
            <w:shd w:val="clear" w:color="auto" w:fill="D9EAF7"/>
          </w:tcPr>
          <w:p w14:paraId="2D2F7858" w14:textId="77777777" w:rsidR="00602E10" w:rsidRDefault="00602E10">
            <w:r>
              <w:t>Ապրանք</w:t>
            </w:r>
          </w:p>
        </w:tc>
        <w:tc>
          <w:tcPr>
            <w:tcW w:w="1440" w:type="dxa"/>
            <w:shd w:val="clear" w:color="auto" w:fill="D9EAF7"/>
          </w:tcPr>
          <w:p w14:paraId="1128826A" w14:textId="77777777" w:rsidR="00602E10" w:rsidRDefault="00602E10">
            <w:r>
              <w:t>Քանակ</w:t>
            </w:r>
          </w:p>
        </w:tc>
        <w:tc>
          <w:tcPr>
            <w:tcW w:w="2700" w:type="dxa"/>
            <w:shd w:val="clear" w:color="auto" w:fill="D9EAF7"/>
          </w:tcPr>
          <w:p w14:paraId="5A1FEA0F" w14:textId="77777777" w:rsidR="00602E10" w:rsidRDefault="00602E10">
            <w:r>
              <w:t>Միավորի գին՝ առանց ԱԱՀ</w:t>
            </w:r>
          </w:p>
        </w:tc>
        <w:tc>
          <w:tcPr>
            <w:tcW w:w="2776" w:type="dxa"/>
            <w:shd w:val="clear" w:color="auto" w:fill="D9EAF7"/>
          </w:tcPr>
          <w:p w14:paraId="1617D7B0" w14:textId="77777777" w:rsidR="00602E10" w:rsidRDefault="00602E10">
            <w:r>
              <w:t>Միավորի գին՝ ԱԱՀ-ով</w:t>
            </w:r>
          </w:p>
        </w:tc>
      </w:tr>
      <w:tr w:rsidR="00602E10" w14:paraId="0AE4A4C4" w14:textId="77777777" w:rsidTr="00602E10">
        <w:trPr>
          <w:trHeight w:val="854"/>
          <w:jc w:val="center"/>
        </w:trPr>
        <w:tc>
          <w:tcPr>
            <w:tcW w:w="564" w:type="dxa"/>
          </w:tcPr>
          <w:p w14:paraId="000C4D9C" w14:textId="77777777" w:rsidR="00602E10" w:rsidRDefault="00602E10">
            <w:r>
              <w:t>1</w:t>
            </w:r>
          </w:p>
        </w:tc>
        <w:tc>
          <w:tcPr>
            <w:tcW w:w="1980" w:type="dxa"/>
          </w:tcPr>
          <w:p w14:paraId="730A1264" w14:textId="77777777" w:rsidR="00602E10" w:rsidRDefault="00602E10">
            <w:r>
              <w:t>Լվացքի մեքենա</w:t>
            </w:r>
          </w:p>
        </w:tc>
        <w:tc>
          <w:tcPr>
            <w:tcW w:w="1440" w:type="dxa"/>
          </w:tcPr>
          <w:p w14:paraId="6470736C" w14:textId="2C3F6C8D" w:rsidR="00602E10" w:rsidRPr="00602E10" w:rsidRDefault="00602E10">
            <w:pPr>
              <w:rPr>
                <w:lang w:val="hy-AM"/>
              </w:rPr>
            </w:pPr>
            <w:r>
              <w:rPr>
                <w:lang w:val="hy-AM"/>
              </w:rPr>
              <w:t>1</w:t>
            </w:r>
          </w:p>
        </w:tc>
        <w:tc>
          <w:tcPr>
            <w:tcW w:w="2700" w:type="dxa"/>
          </w:tcPr>
          <w:p w14:paraId="4A67DD02" w14:textId="0D966A40" w:rsidR="00602E10" w:rsidRDefault="00602E10"/>
          <w:p w14:paraId="4908EFD8" w14:textId="0DBB6339" w:rsidR="00602E10" w:rsidRDefault="00602E10">
            <w:r>
              <w:t>_____________ դրամ</w:t>
            </w:r>
          </w:p>
        </w:tc>
        <w:tc>
          <w:tcPr>
            <w:tcW w:w="2776" w:type="dxa"/>
          </w:tcPr>
          <w:p w14:paraId="0DF7D47D" w14:textId="77777777" w:rsidR="00602E10" w:rsidRDefault="00602E10"/>
          <w:p w14:paraId="712A546E" w14:textId="138334A1" w:rsidR="00602E10" w:rsidRDefault="00602E10">
            <w:r>
              <w:t>_____________ դրամ</w:t>
            </w:r>
          </w:p>
        </w:tc>
      </w:tr>
      <w:tr w:rsidR="00602E10" w14:paraId="597690A0" w14:textId="77777777" w:rsidTr="00602E10">
        <w:trPr>
          <w:trHeight w:val="833"/>
          <w:jc w:val="center"/>
        </w:trPr>
        <w:tc>
          <w:tcPr>
            <w:tcW w:w="564" w:type="dxa"/>
          </w:tcPr>
          <w:p w14:paraId="0091A58F" w14:textId="77777777" w:rsidR="00602E10" w:rsidRDefault="00602E10">
            <w:r>
              <w:t>2</w:t>
            </w:r>
          </w:p>
        </w:tc>
        <w:tc>
          <w:tcPr>
            <w:tcW w:w="1980" w:type="dxa"/>
          </w:tcPr>
          <w:p w14:paraId="6E8914D2" w14:textId="77777777" w:rsidR="00602E10" w:rsidRDefault="00602E10">
            <w:r>
              <w:t>Չորանոց</w:t>
            </w:r>
          </w:p>
        </w:tc>
        <w:tc>
          <w:tcPr>
            <w:tcW w:w="1440" w:type="dxa"/>
          </w:tcPr>
          <w:p w14:paraId="1BF0AD23" w14:textId="220C8235" w:rsidR="00602E10" w:rsidRPr="00602E10" w:rsidRDefault="00602E10">
            <w:pPr>
              <w:rPr>
                <w:lang w:val="hy-AM"/>
              </w:rPr>
            </w:pPr>
            <w:r>
              <w:rPr>
                <w:lang w:val="hy-AM"/>
              </w:rPr>
              <w:t>1</w:t>
            </w:r>
          </w:p>
        </w:tc>
        <w:tc>
          <w:tcPr>
            <w:tcW w:w="2700" w:type="dxa"/>
          </w:tcPr>
          <w:p w14:paraId="3B0CFFE1" w14:textId="77777777" w:rsidR="00602E10" w:rsidRDefault="00602E10"/>
          <w:p w14:paraId="7B2EC57E" w14:textId="2B3FA312" w:rsidR="00602E10" w:rsidRDefault="00602E10">
            <w:r>
              <w:t>_____________ դրամ</w:t>
            </w:r>
          </w:p>
        </w:tc>
        <w:tc>
          <w:tcPr>
            <w:tcW w:w="2776" w:type="dxa"/>
          </w:tcPr>
          <w:p w14:paraId="19BD7271" w14:textId="77777777" w:rsidR="00602E10" w:rsidRDefault="00602E10"/>
          <w:p w14:paraId="6B3CD3CE" w14:textId="0CF68F17" w:rsidR="00602E10" w:rsidRDefault="00602E10">
            <w:r>
              <w:t>_____________ դրամ</w:t>
            </w:r>
          </w:p>
        </w:tc>
      </w:tr>
    </w:tbl>
    <w:p w14:paraId="55DCA8E5" w14:textId="77777777" w:rsidR="0071082F" w:rsidRDefault="0071082F">
      <w:pPr>
        <w:rPr>
          <w:b/>
          <w:sz w:val="26"/>
        </w:rPr>
      </w:pPr>
    </w:p>
    <w:p w14:paraId="25B8D2F4" w14:textId="488949AF" w:rsidR="00B92686" w:rsidRDefault="00B53192">
      <w:r>
        <w:rPr>
          <w:b/>
          <w:sz w:val="26"/>
        </w:rPr>
        <w:t>5. Մատակարարման և երաշխիքային պարտավորությունների հաստատում</w:t>
      </w:r>
    </w:p>
    <w:p w14:paraId="3E81A8DE" w14:textId="77777777" w:rsidR="00B92686" w:rsidRDefault="00B53192">
      <w:pPr>
        <w:pStyle w:val="ListBullet"/>
      </w:pPr>
      <w:r>
        <w:t>Մատակարարման ժամկետը՝ ________________________________</w:t>
      </w:r>
    </w:p>
    <w:p w14:paraId="760CF364" w14:textId="77777777" w:rsidR="00B92686" w:rsidRDefault="00B53192">
      <w:pPr>
        <w:pStyle w:val="ListBullet"/>
      </w:pPr>
      <w:r>
        <w:t>Երաշխիքային սպասարկման արձագանքման ժամկետը՝ ________________________________</w:t>
      </w:r>
    </w:p>
    <w:p w14:paraId="69E24A92" w14:textId="77777777" w:rsidR="00B92686" w:rsidRDefault="00B53192">
      <w:pPr>
        <w:pStyle w:val="ListBullet"/>
      </w:pPr>
      <w:r>
        <w:t>Առաջարկվող մոդելները համապատասխանում են սույն տեխնիկական առաջադրանքի բոլոր պարտադիր պահանջներին՝ ☐ Այո ☐ Ոչ</w:t>
      </w:r>
    </w:p>
    <w:p w14:paraId="2953BE00" w14:textId="120B22C5" w:rsidR="00B92686" w:rsidRDefault="00B53192">
      <w:r>
        <w:rPr>
          <w:b/>
        </w:rPr>
        <w:t xml:space="preserve">Մասնակցի հաստատում. </w:t>
      </w:r>
      <w:r>
        <w:t>Սույն փաստաթուղթը լրացնելով՝ մասնակիցը հաստատում է, որ ներկայացված տեխնիկական տվյալները վերաբերում են առաջարկվող կոնկրետ մոդելին և կարող են հաստատվել արտադրողի պաշտոնական փաստաթղթերով։</w:t>
      </w:r>
    </w:p>
    <w:p w14:paraId="504190F2" w14:textId="7E626249" w:rsidR="00871AFD" w:rsidRDefault="00871AFD"/>
    <w:p w14:paraId="78C63EA8" w14:textId="77777777" w:rsidR="00AC287F" w:rsidRDefault="00AC287F">
      <w:pPr>
        <w:rPr>
          <w:b/>
          <w:sz w:val="26"/>
          <w:lang w:val="hy-AM"/>
        </w:rPr>
      </w:pPr>
    </w:p>
    <w:p w14:paraId="4C8ABFCD" w14:textId="199EB659" w:rsidR="00871AFD" w:rsidRDefault="00871AFD">
      <w:pPr>
        <w:rPr>
          <w:b/>
          <w:sz w:val="26"/>
          <w:lang w:val="hy-AM"/>
        </w:rPr>
      </w:pPr>
      <w:r>
        <w:rPr>
          <w:b/>
          <w:sz w:val="26"/>
          <w:lang w:val="hy-AM"/>
        </w:rPr>
        <w:lastRenderedPageBreak/>
        <w:t>6</w:t>
      </w:r>
      <w:r>
        <w:rPr>
          <w:rFonts w:ascii="Cambria Math" w:hAnsi="Cambria Math"/>
          <w:b/>
          <w:sz w:val="26"/>
          <w:lang w:val="hy-AM"/>
        </w:rPr>
        <w:t xml:space="preserve">․ </w:t>
      </w:r>
      <w:r w:rsidRPr="008A793A">
        <w:rPr>
          <w:b/>
          <w:sz w:val="26"/>
          <w:lang w:val="hy-AM"/>
        </w:rPr>
        <w:t>Մատակարարման վայրերը և պայմանները</w:t>
      </w:r>
      <w:r>
        <w:rPr>
          <w:b/>
          <w:sz w:val="26"/>
          <w:lang w:val="hy-AM"/>
        </w:rPr>
        <w:t xml:space="preserve"> </w:t>
      </w:r>
    </w:p>
    <w:p w14:paraId="1F618A93" w14:textId="2B4A07DC" w:rsidR="00871AFD" w:rsidRPr="008A793A" w:rsidRDefault="00871AFD">
      <w:pPr>
        <w:rPr>
          <w:lang w:val="hy-AM"/>
        </w:rPr>
      </w:pPr>
      <w:r w:rsidRPr="00871AFD">
        <w:rPr>
          <w:lang w:val="hy-AM"/>
        </w:rPr>
        <w:br/>
        <w:t xml:space="preserve">Գնվող ապրանքները պետք է մատակարարվեն </w:t>
      </w:r>
      <w:r w:rsidRPr="00871AFD">
        <w:rPr>
          <w:rStyle w:val="Strong"/>
          <w:lang w:val="hy-AM"/>
        </w:rPr>
        <w:t>Գյումրի և Վանաձոր քաղաքներ</w:t>
      </w:r>
      <w:r w:rsidRPr="00871AFD">
        <w:rPr>
          <w:lang w:val="hy-AM"/>
        </w:rPr>
        <w:t xml:space="preserve">՝ </w:t>
      </w:r>
      <w:r>
        <w:rPr>
          <w:lang w:val="hy-AM"/>
        </w:rPr>
        <w:t>Պ</w:t>
      </w:r>
      <w:r w:rsidRPr="00871AFD">
        <w:rPr>
          <w:lang w:val="hy-AM"/>
        </w:rPr>
        <w:t>ատվիրատուի կողմից տրամադրվող հասցեներով և քանակական բաշխմամբ։</w:t>
      </w:r>
      <w:r w:rsidRPr="00871AFD">
        <w:rPr>
          <w:lang w:val="hy-AM"/>
        </w:rPr>
        <w:br/>
      </w:r>
      <w:r w:rsidRPr="008A793A">
        <w:rPr>
          <w:lang w:val="hy-AM"/>
        </w:rPr>
        <w:t>Մասնակիցը գնային առաջարկը ներկայացնելիս պետք է հաշվի առնի ապրանքների տեղափոխման, բեռնման, բեռնաթափման և հասցեներով մատակարարման բոլոր ծախսերը։ Այդ ծախսերը պետք է ներառված լինեն առաջարկվող գնի մեջ և Պատվիրատուի համար չառաջացնեն լրացուցիչ վճարներ։</w:t>
      </w:r>
    </w:p>
    <w:tbl>
      <w:tblPr>
        <w:tblStyle w:val="TableGrid"/>
        <w:tblW w:w="10560" w:type="dxa"/>
        <w:tblLook w:val="04A0" w:firstRow="1" w:lastRow="0" w:firstColumn="1" w:lastColumn="0" w:noHBand="0" w:noVBand="1"/>
      </w:tblPr>
      <w:tblGrid>
        <w:gridCol w:w="5280"/>
        <w:gridCol w:w="5280"/>
      </w:tblGrid>
      <w:tr w:rsidR="00B92686" w14:paraId="02948D9F" w14:textId="77777777" w:rsidTr="00C4517C">
        <w:trPr>
          <w:trHeight w:val="592"/>
        </w:trPr>
        <w:tc>
          <w:tcPr>
            <w:tcW w:w="5280" w:type="dxa"/>
          </w:tcPr>
          <w:p w14:paraId="0CACBC40" w14:textId="77777777" w:rsidR="00B92686" w:rsidRDefault="00B53192">
            <w:r>
              <w:t>Կազմակերպության անվանում</w:t>
            </w:r>
          </w:p>
        </w:tc>
        <w:tc>
          <w:tcPr>
            <w:tcW w:w="5280" w:type="dxa"/>
          </w:tcPr>
          <w:p w14:paraId="59BEAA35" w14:textId="77777777" w:rsidR="00B92686" w:rsidRDefault="00B53192">
            <w:r>
              <w:t>____________________________</w:t>
            </w:r>
          </w:p>
        </w:tc>
      </w:tr>
      <w:tr w:rsidR="00B92686" w14:paraId="732D057D" w14:textId="77777777" w:rsidTr="00C4517C">
        <w:trPr>
          <w:trHeight w:val="592"/>
        </w:trPr>
        <w:tc>
          <w:tcPr>
            <w:tcW w:w="5280" w:type="dxa"/>
          </w:tcPr>
          <w:p w14:paraId="1809C27D" w14:textId="77777777" w:rsidR="00B92686" w:rsidRDefault="00B53192">
            <w:r>
              <w:t>Լիազորված անձի անուն, ազգանուն</w:t>
            </w:r>
          </w:p>
        </w:tc>
        <w:tc>
          <w:tcPr>
            <w:tcW w:w="5280" w:type="dxa"/>
          </w:tcPr>
          <w:p w14:paraId="4976F1F4" w14:textId="77777777" w:rsidR="00B92686" w:rsidRDefault="00B53192">
            <w:r>
              <w:t>____________________________</w:t>
            </w:r>
          </w:p>
        </w:tc>
      </w:tr>
      <w:tr w:rsidR="00B92686" w14:paraId="5E889ECA" w14:textId="77777777" w:rsidTr="00C4517C">
        <w:trPr>
          <w:trHeight w:val="592"/>
        </w:trPr>
        <w:tc>
          <w:tcPr>
            <w:tcW w:w="5280" w:type="dxa"/>
          </w:tcPr>
          <w:p w14:paraId="2138832C" w14:textId="77777777" w:rsidR="00B92686" w:rsidRDefault="00B53192">
            <w:r>
              <w:t>Ստորագրություն / կնիք (եթե կիրառելի է)</w:t>
            </w:r>
          </w:p>
        </w:tc>
        <w:tc>
          <w:tcPr>
            <w:tcW w:w="5280" w:type="dxa"/>
          </w:tcPr>
          <w:p w14:paraId="100D0515" w14:textId="77777777" w:rsidR="00B92686" w:rsidRDefault="00B53192">
            <w:r>
              <w:t>____________________________</w:t>
            </w:r>
          </w:p>
        </w:tc>
      </w:tr>
      <w:tr w:rsidR="00B92686" w14:paraId="79FB5782" w14:textId="77777777" w:rsidTr="00C4517C">
        <w:trPr>
          <w:trHeight w:val="592"/>
        </w:trPr>
        <w:tc>
          <w:tcPr>
            <w:tcW w:w="5280" w:type="dxa"/>
          </w:tcPr>
          <w:p w14:paraId="3A409302" w14:textId="77777777" w:rsidR="00B92686" w:rsidRDefault="00B53192">
            <w:r>
              <w:t>Ամսաթիվ</w:t>
            </w:r>
          </w:p>
        </w:tc>
        <w:tc>
          <w:tcPr>
            <w:tcW w:w="5280" w:type="dxa"/>
          </w:tcPr>
          <w:p w14:paraId="5A549595" w14:textId="77777777" w:rsidR="00B92686" w:rsidRDefault="00B53192">
            <w:r>
              <w:t>____ / ____ / ______</w:t>
            </w:r>
          </w:p>
        </w:tc>
      </w:tr>
    </w:tbl>
    <w:p w14:paraId="3A590306" w14:textId="685EBA6D" w:rsidR="00085740" w:rsidRDefault="00085740"/>
    <w:p w14:paraId="1522CA22" w14:textId="72B1285B" w:rsidR="00AC287F" w:rsidRDefault="00AC287F"/>
    <w:p w14:paraId="1EBB7C7D" w14:textId="17A51716" w:rsidR="00762492" w:rsidRDefault="00AC287F" w:rsidP="00762492">
      <w:pPr>
        <w:pStyle w:val="NormalWeb"/>
        <w:shd w:val="clear" w:color="auto" w:fill="FFFFFF"/>
        <w:spacing w:before="0" w:beforeAutospacing="0" w:after="150" w:afterAutospacing="0"/>
        <w:rPr>
          <w:rFonts w:ascii="Verdana" w:hAnsi="Verdana"/>
          <w:color w:val="3D3D3D"/>
          <w:sz w:val="21"/>
          <w:szCs w:val="21"/>
        </w:rPr>
      </w:pPr>
      <w:r>
        <w:t xml:space="preserve">Փաստաթուղթը լրացնելուց հետո անհրաժեշտ է այն ուղարկել նշված </w:t>
      </w:r>
      <w:hyperlink r:id="rId8" w:history="1">
        <w:r>
          <w:rPr>
            <w:rStyle w:val="Hyperlink"/>
            <w:rFonts w:ascii="Verdana" w:hAnsi="Verdana"/>
            <w:color w:val="CC0000"/>
            <w:sz w:val="21"/>
            <w:szCs w:val="21"/>
            <w:shd w:val="clear" w:color="auto" w:fill="FFFFFF"/>
          </w:rPr>
          <w:t>procurement@caritas.am</w:t>
        </w:r>
      </w:hyperlink>
      <w:r>
        <w:t xml:space="preserve"> հասցեին</w:t>
      </w:r>
      <w:r w:rsidR="00762492">
        <w:t>`</w:t>
      </w:r>
      <w:r w:rsidR="00762492" w:rsidRPr="00762492">
        <w:t xml:space="preserve">մինչև </w:t>
      </w:r>
      <w:r w:rsidR="00762492" w:rsidRPr="00762492">
        <w:rPr>
          <w:b/>
          <w:bCs/>
        </w:rPr>
        <w:t>հոկտեմբերի 22-ը  ժամը 17։00</w:t>
      </w:r>
      <w:r w:rsidR="00762492">
        <w:rPr>
          <w:b/>
          <w:bCs/>
        </w:rPr>
        <w:t>-ը:</w:t>
      </w:r>
    </w:p>
    <w:p w14:paraId="19A37DA9" w14:textId="77777777" w:rsidR="00762492" w:rsidRDefault="00762492" w:rsidP="00762492">
      <w:pPr>
        <w:pStyle w:val="NormalWeb"/>
        <w:shd w:val="clear" w:color="auto" w:fill="FFFFFF"/>
        <w:spacing w:before="0" w:beforeAutospacing="0" w:after="150" w:afterAutospacing="0"/>
        <w:rPr>
          <w:rFonts w:ascii="Verdana" w:hAnsi="Verdana"/>
          <w:color w:val="3D3D3D"/>
          <w:sz w:val="21"/>
          <w:szCs w:val="21"/>
        </w:rPr>
      </w:pPr>
      <w:r>
        <w:rPr>
          <w:rFonts w:ascii="Verdana" w:hAnsi="Verdana"/>
          <w:color w:val="3D3D3D"/>
          <w:sz w:val="21"/>
          <w:szCs w:val="21"/>
        </w:rPr>
        <w:t> </w:t>
      </w:r>
    </w:p>
    <w:p w14:paraId="11661922" w14:textId="3018835A" w:rsidR="00AC287F" w:rsidRDefault="00AC287F"/>
    <w:sectPr w:rsidR="00AC287F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8B1C4" w14:textId="77777777" w:rsidR="00136782" w:rsidRDefault="00136782">
      <w:pPr>
        <w:spacing w:after="0" w:line="240" w:lineRule="auto"/>
      </w:pPr>
      <w:r>
        <w:separator/>
      </w:r>
    </w:p>
  </w:endnote>
  <w:endnote w:type="continuationSeparator" w:id="0">
    <w:p w14:paraId="0524D2D9" w14:textId="77777777" w:rsidR="00136782" w:rsidRDefault="00136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B942" w14:textId="77777777" w:rsidR="00B92686" w:rsidRDefault="00B53192">
    <w:pPr>
      <w:pStyle w:val="Footer"/>
      <w:jc w:val="center"/>
    </w:pPr>
    <w:r>
      <w:rPr>
        <w:sz w:val="16"/>
      </w:rPr>
      <w:t>Տեխնիկական առաջադրանք – լվացքի մեքենաներ և չորանոցներ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715E9" w14:textId="77777777" w:rsidR="00136782" w:rsidRDefault="00136782">
      <w:pPr>
        <w:spacing w:after="0" w:line="240" w:lineRule="auto"/>
      </w:pPr>
      <w:r>
        <w:separator/>
      </w:r>
    </w:p>
  </w:footnote>
  <w:footnote w:type="continuationSeparator" w:id="0">
    <w:p w14:paraId="494A70DD" w14:textId="77777777" w:rsidR="00136782" w:rsidRDefault="00136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740"/>
    <w:rsid w:val="00136782"/>
    <w:rsid w:val="0015074B"/>
    <w:rsid w:val="0029639D"/>
    <w:rsid w:val="00326F90"/>
    <w:rsid w:val="005969C5"/>
    <w:rsid w:val="005F5028"/>
    <w:rsid w:val="00602E10"/>
    <w:rsid w:val="0071082F"/>
    <w:rsid w:val="00762492"/>
    <w:rsid w:val="007E2EC7"/>
    <w:rsid w:val="00871AFD"/>
    <w:rsid w:val="008A793A"/>
    <w:rsid w:val="00AA1D8D"/>
    <w:rsid w:val="00AC287F"/>
    <w:rsid w:val="00B47730"/>
    <w:rsid w:val="00B53192"/>
    <w:rsid w:val="00B92686"/>
    <w:rsid w:val="00C4517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FE3237"/>
  <w14:defaultImageDpi w14:val="300"/>
  <w15:docId w15:val="{A8317294-A613-4C22-A1E0-62147E48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AC287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62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caritas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</cp:lastModifiedBy>
  <cp:revision>6</cp:revision>
  <dcterms:created xsi:type="dcterms:W3CDTF">2013-12-23T23:15:00Z</dcterms:created>
  <dcterms:modified xsi:type="dcterms:W3CDTF">2026-10-08T11:53:00Z</dcterms:modified>
  <cp:category/>
</cp:coreProperties>
</file>